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CỘNG HÒA XÃ HỘI CHỦ NGHĨA VIỆT NAM</w:t>
      </w:r>
    </w:p>
    <w:p>
      <w:pPr>
        <w:jc w:val="center"/>
      </w:pPr>
      <w:r>
        <w:rPr>
          <w:b/>
        </w:rPr>
        <w:t>Độc lập - Tự do - Hạnh phúc</w:t>
      </w:r>
    </w:p>
    <w:p>
      <w:pPr>
        <w:jc w:val="center"/>
      </w:pPr>
      <w:r>
        <w:rPr>
          <w:b w:val="0"/>
        </w:rPr>
        <w:t>________________________</w:t>
      </w:r>
    </w:p>
    <w:p>
      <w:pPr>
        <w:jc w:val="center"/>
      </w:pPr>
      <w:r>
        <w:rPr>
          <w:b/>
        </w:rPr>
        <w:t>ĐƠN XIN NGHỈ VIỆC / RESIGNATION LETTER</w:t>
      </w:r>
    </w:p>
    <w:p>
      <w:pPr>
        <w:jc w:val="left"/>
      </w:pPr>
      <w:r>
        <w:rPr>
          <w:b w:val="0"/>
        </w:rPr>
        <w:t>Kính gửi: ................................................................................................</w:t>
      </w:r>
    </w:p>
    <w:p>
      <w:pPr>
        <w:jc w:val="left"/>
      </w:pPr>
      <w:r>
        <w:rPr>
          <w:b w:val="0"/>
        </w:rPr>
        <w:t>To / Recipient: ........................................................................................</w:t>
      </w:r>
    </w:p>
    <w:p>
      <w:pPr>
        <w:jc w:val="left"/>
      </w:pPr>
      <w:r>
        <w:rPr>
          <w:b w:val="0"/>
        </w:rPr>
        <w:t>Họ và tên: ...............................................................................................</w:t>
      </w:r>
    </w:p>
    <w:p>
      <w:pPr>
        <w:jc w:val="left"/>
      </w:pPr>
      <w:r>
        <w:rPr>
          <w:b w:val="0"/>
        </w:rPr>
        <w:t>Chức vụ / Vị trí: ......................................................................................</w:t>
      </w:r>
    </w:p>
    <w:p>
      <w:pPr>
        <w:jc w:val="left"/>
      </w:pPr>
      <w:r>
        <w:rPr>
          <w:b w:val="0"/>
        </w:rPr>
        <w:t>Bộ phận / Đơn vị công tác: ......................................................................</w:t>
      </w:r>
    </w:p>
    <w:p>
      <w:pPr>
        <w:jc w:val="left"/>
      </w:pPr>
      <w:r>
        <w:rPr>
          <w:b w:val="0"/>
        </w:rPr>
        <w:t>I hereby give notice of my intention to resign from my position, with my last working day expected to be ..... / ..... / ..... .</w:t>
      </w:r>
    </w:p>
    <w:p>
      <w:pPr>
        <w:jc w:val="left"/>
      </w:pPr>
      <w:r>
        <w:rPr>
          <w:b w:val="0"/>
        </w:rPr>
        <w:t>Reason for resignation: ..........................................................................</w:t>
      </w:r>
    </w:p>
    <w:p>
      <w:pPr>
        <w:jc w:val="left"/>
      </w:pPr>
      <w:r>
        <w:rPr>
          <w:b w:val="0"/>
        </w:rPr>
        <w:t>I will complete outstanding duties and hand over documents and company property as required.</w:t>
      </w:r>
    </w:p>
    <w:p>
      <w:pPr>
        <w:jc w:val="left"/>
      </w:pPr>
      <w:r>
        <w:rPr>
          <w:b w:val="0"/>
        </w:rPr>
        <w:t>Tôi sẽ hoàn thành công việc còn lại và bàn giao tài liệu, tài sản theo quy định.</w:t>
      </w:r>
    </w:p>
    <w:p>
      <w:pPr>
        <w:jc w:val="left"/>
      </w:pPr>
      <w:r>
        <w:rPr>
          <w:b w:val="0"/>
        </w:rPr>
        <w:t>Thank you for the opportunities and support during my employment. / Xin cảm ơn sự hỗ trợ của công ty trong thời gian làm việc.</w:t>
      </w:r>
    </w:p>
    <w:p>
      <w:pPr>
        <w:jc w:val="left"/>
      </w:pPr>
      <w:r>
        <w:rPr>
          <w:b w:val="0"/>
        </w:rPr>
        <w:t>.........., ngày ..... tháng ..... năm 2026</w:t>
      </w:r>
    </w:p>
    <w:p>
      <w:pPr>
        <w:jc w:val="left"/>
      </w:pPr>
      <w:r>
        <w:rPr>
          <w:b/>
        </w:rPr>
        <w:t>NGƯỜI LÀM ĐƠN</w:t>
      </w:r>
    </w:p>
    <w:p>
      <w:pPr>
        <w:jc w:val="left"/>
      </w:pPr>
      <w:r>
        <w:rPr>
          <w:b w:val="0"/>
        </w:rPr>
        <w:t>(Ký và ghi rõ họ tên)</w:t>
      </w:r>
    </w:p>
    <w:sectPr w:rsidR="00FC693F" w:rsidRPr="0006063C" w:rsidSect="00034616">
      <w:pgSz w:w="12240" w:h="15840"/>
      <w:pgMar w:top="1134" w:right="1304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