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CỘNG HÒA XÃ HỘI CHỦ NGHĨA VIỆT NAM</w:t>
      </w:r>
    </w:p>
    <w:p>
      <w:pPr>
        <w:jc w:val="center"/>
      </w:pPr>
      <w:r>
        <w:rPr>
          <w:b/>
        </w:rPr>
        <w:t>Độc lập - Tự do - Hạnh phúc</w:t>
      </w:r>
    </w:p>
    <w:p>
      <w:pPr>
        <w:jc w:val="center"/>
      </w:pPr>
      <w:r>
        <w:rPr>
          <w:b w:val="0"/>
        </w:rPr>
        <w:t>________________________</w:t>
      </w:r>
    </w:p>
    <w:p>
      <w:pPr>
        <w:jc w:val="center"/>
      </w:pPr>
      <w:r>
        <w:rPr>
          <w:b/>
        </w:rPr>
        <w:t>ĐƠN ĐỀ NGHỊ NGHỈ HƯỞNG CHẾ ĐỘ THAI SẢN</w:t>
      </w:r>
    </w:p>
    <w:p>
      <w:pPr>
        <w:jc w:val="left"/>
      </w:pPr>
      <w:r>
        <w:rPr>
          <w:b w:val="0"/>
        </w:rPr>
        <w:t>Kính gửi: ................................................................................................</w:t>
      </w:r>
    </w:p>
    <w:p>
      <w:pPr>
        <w:jc w:val="left"/>
      </w:pPr>
      <w:r>
        <w:rPr>
          <w:b w:val="0"/>
        </w:rPr>
        <w:t>Họ và tên: ...............................................................................................</w:t>
      </w:r>
    </w:p>
    <w:p>
      <w:pPr>
        <w:jc w:val="left"/>
      </w:pPr>
      <w:r>
        <w:rPr>
          <w:b w:val="0"/>
        </w:rPr>
        <w:t>Chức vụ / Vị trí: ......................................................................................</w:t>
      </w:r>
    </w:p>
    <w:p>
      <w:pPr>
        <w:jc w:val="left"/>
      </w:pPr>
      <w:r>
        <w:rPr>
          <w:b w:val="0"/>
        </w:rPr>
        <w:t>Bộ phận / Đơn vị công tác: ......................................................................</w:t>
      </w:r>
    </w:p>
    <w:p>
      <w:pPr>
        <w:jc w:val="left"/>
      </w:pPr>
      <w:r>
        <w:rPr>
          <w:b w:val="0"/>
        </w:rPr>
        <w:t>Ngày dự sinh: ............................   Bộ phận: ..........................................</w:t>
      </w:r>
    </w:p>
    <w:p>
      <w:pPr>
        <w:jc w:val="left"/>
      </w:pPr>
      <w:r>
        <w:rPr>
          <w:b w:val="0"/>
        </w:rPr>
        <w:t>Tôi đề nghị được nghỉ để hưởng chế độ thai sản từ ngày ..... tháng ..... năm ..... đến ngày ..... tháng ..... năm ....., theo điều kiện và thời gian nghỉ được pháp luật quy định.</w:t>
      </w:r>
    </w:p>
    <w:p>
      <w:pPr>
        <w:jc w:val="left"/>
      </w:pPr>
      <w:r>
        <w:rPr>
          <w:b w:val="0"/>
        </w:rPr>
        <w:t>Ngày dự sinh (nếu cần): ..... / ..... / ..... .</w:t>
      </w:r>
    </w:p>
    <w:p>
      <w:pPr>
        <w:jc w:val="left"/>
      </w:pPr>
      <w:r>
        <w:rPr>
          <w:b w:val="0"/>
        </w:rPr>
        <w:t>Tôi sẽ phối hợp bàn giao công việc trước thời gian nghỉ và thực hiện thủ tục hưởng chế độ theo hướng dẫn của đơn vị.</w:t>
      </w:r>
    </w:p>
    <w:p>
      <w:pPr>
        <w:jc w:val="left"/>
      </w:pPr>
      <w:r>
        <w:rPr>
          <w:b w:val="0"/>
        </w:rPr>
        <w:t>Tôi trân trọng cảm ơn sự hỗ trợ của lãnh đạo và đồng nghiệp trong thời gian công tác.</w:t>
      </w:r>
    </w:p>
    <w:p>
      <w:pPr>
        <w:jc w:val="left"/>
      </w:pPr>
      <w:r>
        <w:rPr>
          <w:b w:val="0"/>
        </w:rPr>
        <w:t>.........., ngày ..... tháng ..... năm 2026</w:t>
      </w:r>
    </w:p>
    <w:p>
      <w:pPr>
        <w:jc w:val="left"/>
      </w:pPr>
      <w:r>
        <w:rPr>
          <w:b/>
        </w:rPr>
        <w:t>NGƯỜI LÀM ĐƠN</w:t>
      </w:r>
    </w:p>
    <w:p>
      <w:pPr>
        <w:jc w:val="left"/>
      </w:pPr>
      <w:r>
        <w:rPr>
          <w:b w:val="0"/>
        </w:rPr>
        <w:t>(Ký và ghi rõ họ tên)</w:t>
      </w:r>
    </w:p>
    <w:p>
      <w:pPr>
        <w:jc w:val="left"/>
      </w:pPr>
      <w:r>
        <w:rPr>
          <w:b w:val="0"/>
        </w:rPr>
        <w:t>Lưu ý: Nghỉ hưởng chế độ thai sản không đồng nghĩa với chấm dứt hợp đồng lao động.</w:t>
      </w:r>
    </w:p>
    <w:sectPr w:rsidR="00FC693F" w:rsidRPr="0006063C" w:rsidSect="00034616">
      <w:pgSz w:w="12240" w:h="15840"/>
      <w:pgMar w:top="1134" w:right="1304" w:bottom="96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