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</w:r>
    </w:p>
    <w:p>
      <w:pPr>
        <w:jc w:val="center"/>
      </w:pPr>
      <w:r>
        <w:rPr>
          <w:b/>
        </w:rPr>
        <w:t>Độc lập - Tự do - Hạnh phúc</w:t>
      </w:r>
    </w:p>
    <w:p>
      <w:pPr>
        <w:jc w:val="center"/>
      </w:pPr>
      <w:r>
        <w:rPr>
          <w:b w:val="0"/>
        </w:rPr>
        <w:t>________________________</w:t>
      </w:r>
    </w:p>
    <w:p>
      <w:pPr>
        <w:jc w:val="center"/>
      </w:pPr>
      <w:r>
        <w:rPr>
          <w:b/>
        </w:rPr>
        <w:t>ĐƠN XIN NGHỈ VIỆC</w:t>
      </w:r>
    </w:p>
    <w:p>
      <w:pPr>
        <w:jc w:val="left"/>
      </w:pPr>
      <w:r>
        <w:rPr>
          <w:b w:val="0"/>
        </w:rPr>
        <w:t>Kính gửi: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Họ và tên: ...............................................................................................</w:t>
      </w:r>
    </w:p>
    <w:p>
      <w:pPr>
        <w:jc w:val="left"/>
      </w:pPr>
      <w:r>
        <w:rPr>
          <w:b w:val="0"/>
        </w:rPr>
        <w:t>Chức vụ / Vị trí: ......................................................................................</w:t>
      </w:r>
    </w:p>
    <w:p>
      <w:pPr>
        <w:jc w:val="left"/>
      </w:pPr>
      <w:r>
        <w:rPr>
          <w:b w:val="0"/>
        </w:rPr>
        <w:t>Bộ phận / Đơn vị công tác: ......................................................................</w:t>
      </w:r>
    </w:p>
    <w:p>
      <w:pPr>
        <w:jc w:val="left"/>
      </w:pPr>
      <w:r>
        <w:rPr>
          <w:b w:val="0"/>
        </w:rPr>
        <w:t>Vì cần dành thời gian giải quyết việc gia đình, tôi dự kiến chấm dứt công việc kể từ ngày ..... tháng ..... năm ..... .</w:t>
      </w:r>
    </w:p>
    <w:p>
      <w:pPr>
        <w:jc w:val="left"/>
      </w:pPr>
      <w:r>
        <w:rPr>
          <w:b w:val="0"/>
        </w:rPr>
        <w:t>Tôi cần sắp xếp thời gian chăm sóc người thân và ổn định việc gia đình.</w:t>
      </w:r>
    </w:p>
    <w:p>
      <w:pPr>
        <w:jc w:val="left"/>
      </w:pPr>
      <w:r>
        <w:rPr>
          <w:b w:val="0"/>
        </w:rPr>
        <w:t>Tôi sẽ phối hợp hoàn thành các nhiệm vụ còn lại và bàn giao công việc, hồ sơ, tài sản theo quy định trước ngày nghỉ.</w:t>
      </w:r>
    </w:p>
    <w:p>
      <w:pPr>
        <w:jc w:val="left"/>
      </w:pPr>
      <w:r>
        <w:rPr>
          <w:b w:val="0"/>
        </w:rPr>
        <w:t>Tôi trân trọng cảm ơn sự hỗ trợ của lãnh đạo và đồng nghiệp trong thời gian công tác.</w:t>
      </w:r>
    </w:p>
    <w:p>
      <w:pPr>
        <w:jc w:val="left"/>
      </w:pPr>
      <w:r>
        <w:rPr>
          <w:b w:val="0"/>
        </w:rPr>
        <w:t>.........., ngày ..... tháng ..... năm 2026</w:t>
      </w:r>
    </w:p>
    <w:p>
      <w:pPr>
        <w:jc w:val="left"/>
      </w:pPr>
      <w:r>
        <w:rPr>
          <w:b/>
        </w:rPr>
        <w:t>NGƯỜI LÀM ĐƠN</w:t>
      </w:r>
    </w:p>
    <w:p>
      <w:pPr>
        <w:jc w:val="left"/>
      </w:pPr>
      <w:r>
        <w:rPr>
          <w:b w:val="0"/>
        </w:rPr>
        <w:t>(Ký và ghi rõ họ tên)</w:t>
      </w:r>
    </w:p>
    <w:sectPr w:rsidR="00FC693F" w:rsidRPr="0006063C" w:rsidSect="00034616">
      <w:pgSz w:w="12240" w:h="15840"/>
      <w:pgMar w:top="1134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