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b/>
        </w:rPr>
        <w:t>SOCIALIST REPUBLIC OF VIETNAM</w:t>
      </w:r>
    </w:p>
    <w:p>
      <w:pPr>
        <w:spacing w:after="320"/>
        <w:jc w:val="center"/>
      </w:pPr>
      <w:r>
        <w:rPr>
          <w:b/>
        </w:rPr>
        <w:t>Independence – Freedom – Happiness</w:t>
      </w:r>
    </w:p>
    <w:p>
      <w:pPr>
        <w:spacing w:after="360"/>
        <w:jc w:val="center"/>
      </w:pPr>
      <w:r>
        <w:rPr>
          <w:b w:val="0"/>
        </w:rPr>
        <w:t>____________________</w:t>
      </w:r>
    </w:p>
    <w:p>
      <w:pPr>
        <w:spacing w:after="400"/>
        <w:jc w:val="center"/>
      </w:pPr>
      <w:r>
        <w:rPr>
          <w:b/>
        </w:rPr>
        <w:t>APPLICATION FOR LEAVE OF ABSENCE</w:t>
      </w:r>
    </w:p>
    <w:p>
      <w:pPr>
        <w:spacing w:after="60"/>
        <w:jc w:val="left"/>
      </w:pPr>
      <w:r>
        <w:rPr>
          <w:b/>
        </w:rPr>
        <w:t>To:</w:t>
      </w:r>
    </w:p>
    <w:p>
      <w:pPr>
        <w:spacing w:after="100"/>
        <w:jc w:val="left"/>
      </w:pPr>
      <w:r>
        <w:rPr>
          <w:b w:val="0"/>
        </w:rPr>
        <w:t xml:space="preserve">     – Company Management: ................................................</w:t>
      </w:r>
    </w:p>
    <w:p>
      <w:pPr>
        <w:spacing w:after="100"/>
        <w:jc w:val="left"/>
      </w:pPr>
      <w:r>
        <w:rPr>
          <w:b w:val="0"/>
        </w:rPr>
        <w:t xml:space="preserve">     – Human Resources Department</w:t>
      </w:r>
    </w:p>
    <w:p>
      <w:pPr>
        <w:spacing w:after="200"/>
        <w:jc w:val="left"/>
      </w:pPr>
      <w:r>
        <w:rPr>
          <w:b w:val="0"/>
        </w:rPr>
        <w:t>Full name: ..........................................................</w:t>
      </w:r>
    </w:p>
    <w:p>
      <w:pPr>
        <w:spacing w:after="200"/>
        <w:jc w:val="left"/>
      </w:pPr>
      <w:r>
        <w:rPr>
          <w:b w:val="0"/>
        </w:rPr>
        <w:t>Position: ..........................................................</w:t>
      </w:r>
    </w:p>
    <w:p>
      <w:pPr>
        <w:spacing w:after="200"/>
        <w:jc w:val="left"/>
      </w:pPr>
      <w:r>
        <w:rPr>
          <w:b w:val="0"/>
        </w:rPr>
        <w:t>Department: ..........................................................</w:t>
      </w:r>
    </w:p>
    <w:p>
      <w:pPr>
        <w:spacing w:after="200"/>
        <w:jc w:val="left"/>
      </w:pPr>
      <w:r>
        <w:rPr>
          <w:b w:val="0"/>
        </w:rPr>
        <w:t>Contact number: ..........................................................</w:t>
      </w:r>
    </w:p>
    <w:p/>
    <w:p>
      <w:pPr>
        <w:spacing w:after="260"/>
        <w:jc w:val="left"/>
      </w:pPr>
      <w:r>
        <w:rPr>
          <w:b w:val="0"/>
        </w:rPr>
        <w:t>I respectfully request leave from .... / .... / ........ through .... / .... / ........</w:t>
      </w:r>
    </w:p>
    <w:p>
      <w:pPr>
        <w:spacing w:after="260"/>
        <w:jc w:val="left"/>
      </w:pPr>
      <w:r>
        <w:rPr>
          <w:b w:val="0"/>
        </w:rPr>
        <w:t>Total requested leave: ........ working day(s).</w:t>
      </w:r>
    </w:p>
    <w:p>
      <w:pPr>
        <w:spacing w:after="260"/>
        <w:jc w:val="left"/>
      </w:pPr>
      <w:r>
        <w:rPr>
          <w:b w:val="0"/>
        </w:rPr>
        <w:t>Reason for leave: ....................................................................................</w:t>
      </w:r>
    </w:p>
    <w:p>
      <w:pPr>
        <w:spacing w:after="260"/>
        <w:jc w:val="left"/>
      </w:pPr>
      <w:r>
        <w:rPr>
          <w:b w:val="0"/>
        </w:rPr>
        <w:t>I have arranged for the handover of my pending responsibilities to: ................................................</w:t>
      </w:r>
    </w:p>
    <w:p>
      <w:pPr>
        <w:spacing w:after="260"/>
        <w:jc w:val="left"/>
      </w:pPr>
      <w:r>
        <w:rPr>
          <w:b w:val="0"/>
        </w:rPr>
        <w:t>I will resume work on the agreed return date.</w:t>
      </w:r>
    </w:p>
    <w:p>
      <w:pPr>
        <w:spacing w:after="260"/>
        <w:jc w:val="left"/>
      </w:pPr>
      <w:r>
        <w:rPr>
          <w:b w:val="0"/>
        </w:rPr>
        <w:t>Thank you for considering my request.</w:t>
      </w:r>
    </w:p>
    <w:p>
      <w:pPr>
        <w:spacing w:after="300"/>
        <w:jc w:val="center"/>
      </w:pPr>
      <w:r>
        <w:rPr>
          <w:b w:val="0"/>
        </w:rPr>
        <w:t>................, ngày ...... tháng ...... năm 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SUPERVISOR</w:t>
            </w:r>
          </w:p>
        </w:tc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APPLICANT</w:t>
            </w:r>
          </w:p>
        </w:tc>
      </w:tr>
      <w:tr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(Signature and full name)</w:t>
            </w:r>
          </w:p>
        </w:tc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(Signature and full name)</w:t>
            </w:r>
          </w:p>
        </w:tc>
      </w:tr>
    </w:tbl>
    <w:sectPr w:rsidR="00FC693F" w:rsidRPr="0006063C" w:rsidSect="00034616">
      <w:pgSz w:w="12240" w:h="15840"/>
      <w:pgMar w:top="1077" w:right="1247" w:bottom="96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