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b/>
        </w:rPr>
        <w:t>CỘNG HÒA XÃ HỘI CHỦ NGHĨA VIỆT NAM</w:t>
      </w:r>
    </w:p>
    <w:p>
      <w:pPr>
        <w:spacing w:after="320"/>
        <w:jc w:val="center"/>
      </w:pPr>
      <w:r>
        <w:rPr>
          <w:b/>
        </w:rPr>
        <w:t>Độc lập – Tự do – Hạnh phúc</w:t>
      </w:r>
    </w:p>
    <w:p>
      <w:pPr>
        <w:spacing w:after="360"/>
        <w:jc w:val="center"/>
      </w:pPr>
      <w:r>
        <w:rPr>
          <w:b w:val="0"/>
        </w:rPr>
        <w:t>____________________</w:t>
      </w:r>
    </w:p>
    <w:p>
      <w:pPr>
        <w:spacing w:after="400"/>
        <w:jc w:val="center"/>
      </w:pPr>
      <w:r>
        <w:rPr>
          <w:b/>
        </w:rPr>
        <w:t>ĐƠN XIN PHÉP NGHỈ HỌC</w:t>
      </w:r>
    </w:p>
    <w:p>
      <w:pPr>
        <w:spacing w:after="60"/>
        <w:jc w:val="left"/>
      </w:pPr>
      <w:r>
        <w:rPr>
          <w:b/>
        </w:rPr>
        <w:t>Kính gửi:</w:t>
      </w:r>
    </w:p>
    <w:p>
      <w:pPr>
        <w:spacing w:after="100"/>
        <w:jc w:val="left"/>
      </w:pPr>
      <w:r>
        <w:rPr>
          <w:b w:val="0"/>
        </w:rPr>
        <w:t xml:space="preserve">     – Ban Giám hiệu Trường: ................................................</w:t>
      </w:r>
    </w:p>
    <w:p>
      <w:pPr>
        <w:spacing w:after="100"/>
        <w:jc w:val="left"/>
      </w:pPr>
      <w:r>
        <w:rPr>
          <w:b w:val="0"/>
        </w:rPr>
        <w:t xml:space="preserve">     – Giáo viên chủ nhiệm lớp: ................................................</w:t>
      </w:r>
    </w:p>
    <w:p>
      <w:pPr>
        <w:spacing w:after="200"/>
        <w:jc w:val="left"/>
      </w:pPr>
      <w:r>
        <w:rPr>
          <w:b w:val="0"/>
        </w:rPr>
        <w:t>Em tên là: ..........................................................</w:t>
      </w:r>
    </w:p>
    <w:p>
      <w:pPr>
        <w:spacing w:after="200"/>
        <w:jc w:val="left"/>
      </w:pPr>
      <w:r>
        <w:rPr>
          <w:b w:val="0"/>
        </w:rPr>
        <w:t>Lớp: ..........................................................</w:t>
      </w:r>
    </w:p>
    <w:p>
      <w:pPr>
        <w:spacing w:after="200"/>
        <w:jc w:val="left"/>
      </w:pPr>
      <w:r>
        <w:rPr>
          <w:b w:val="0"/>
        </w:rPr>
        <w:t>Mã học sinh/sinh viên (nếu có): ..........................................................</w:t>
      </w:r>
    </w:p>
    <w:p/>
    <w:p>
      <w:pPr>
        <w:spacing w:after="260"/>
        <w:jc w:val="left"/>
      </w:pPr>
      <w:r>
        <w:rPr>
          <w:b w:val="0"/>
        </w:rPr>
        <w:t>Em kính xin được nghỉ học từ ngày .... / .... / ........ đến ngày .... / .... / ........</w:t>
      </w:r>
    </w:p>
    <w:p>
      <w:pPr>
        <w:spacing w:after="260"/>
        <w:jc w:val="left"/>
      </w:pPr>
      <w:r>
        <w:rPr>
          <w:b w:val="0"/>
        </w:rPr>
        <w:t>Lý do xin nghỉ: ....................................................................................</w:t>
      </w:r>
    </w:p>
    <w:p>
      <w:pPr>
        <w:spacing w:after="260"/>
        <w:jc w:val="left"/>
      </w:pPr>
      <w:r>
        <w:rPr>
          <w:b w:val="0"/>
        </w:rPr>
        <w:t>Trong thời gian nghỉ, em sẽ chủ động tìm hiểu bài và hoàn thành các bài tập được giao.</w:t>
      </w:r>
    </w:p>
    <w:p>
      <w:pPr>
        <w:spacing w:after="260"/>
        <w:jc w:val="left"/>
      </w:pPr>
      <w:r>
        <w:rPr>
          <w:b w:val="0"/>
        </w:rPr>
        <w:t>Kính mong thầy/cô xem xét cho phép em nghỉ học trong thời gian trên.</w:t>
      </w:r>
    </w:p>
    <w:p>
      <w:pPr>
        <w:spacing w:after="260"/>
        <w:jc w:val="left"/>
      </w:pPr>
      <w:r>
        <w:rPr>
          <w:b w:val="0"/>
        </w:rPr>
        <w:t>Em xin chân thành cảm ơn!</w:t>
      </w:r>
    </w:p>
    <w:p>
      <w:pPr>
        <w:spacing w:after="300"/>
        <w:jc w:val="center"/>
      </w:pPr>
      <w:r>
        <w:rPr>
          <w:b w:val="0"/>
        </w:rPr>
        <w:t>................, ngày ...... tháng ...... năm 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Ý KIẾN PHỤ HUYNH (NẾU CẦN)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NGƯỜI VIẾT ĐƠN</w:t>
            </w:r>
          </w:p>
        </w:tc>
      </w:tr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(Ký, ghi rõ họ tên)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(Ký, ghi rõ họ tên)</w:t>
            </w:r>
          </w:p>
        </w:tc>
      </w:tr>
    </w:tbl>
    <w:sectPr w:rsidR="00FC693F" w:rsidRPr="0006063C" w:rsidSect="00034616">
      <w:pgSz w:w="12240" w:h="15840"/>
      <w:pgMar w:top="1077" w:right="1247" w:bottom="96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