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CỘNG HÒA XÃ HỘI CHỦ NGHĨA VIỆT NAM</w:t>
      </w:r>
    </w:p>
    <w:p>
      <w:pPr>
        <w:jc w:val="center"/>
      </w:pPr>
      <w:r>
        <w:rPr>
          <w:b/>
        </w:rPr>
        <w:t>Độc lập - Tự do - Hạnh phúc</w:t>
      </w:r>
    </w:p>
    <w:p>
      <w:pPr>
        <w:jc w:val="center"/>
      </w:pPr>
      <w:r>
        <w:rPr>
          <w:b w:val="0"/>
        </w:rPr>
        <w:t>________________________</w:t>
      </w:r>
    </w:p>
    <w:p>
      <w:pPr>
        <w:jc w:val="center"/>
      </w:pPr>
      <w:r>
        <w:rPr>
          <w:b/>
        </w:rPr>
        <w:t>ĐƠN XIN THÔI VIỆC</w:t>
      </w:r>
    </w:p>
    <w:p>
      <w:pPr>
        <w:jc w:val="left"/>
      </w:pPr>
      <w:r>
        <w:rPr>
          <w:b w:val="0"/>
        </w:rPr>
        <w:t>Kính gửi: ................................................................................................</w:t>
      </w:r>
    </w:p>
    <w:p>
      <w:pPr>
        <w:jc w:val="left"/>
      </w:pPr>
      <w:r>
        <w:rPr>
          <w:b w:val="0"/>
        </w:rPr>
        <w:t>Họ và tên: ...............................................................................................</w:t>
      </w:r>
    </w:p>
    <w:p>
      <w:pPr>
        <w:jc w:val="left"/>
      </w:pPr>
      <w:r>
        <w:rPr>
          <w:b w:val="0"/>
        </w:rPr>
        <w:t>Chức vụ / Vị trí: ......................................................................................</w:t>
      </w:r>
    </w:p>
    <w:p>
      <w:pPr>
        <w:jc w:val="left"/>
      </w:pPr>
      <w:r>
        <w:rPr>
          <w:b w:val="0"/>
        </w:rPr>
        <w:t>Bộ phận / Đơn vị công tác: ......................................................................</w:t>
      </w:r>
    </w:p>
    <w:p>
      <w:pPr>
        <w:jc w:val="left"/>
      </w:pPr>
      <w:r>
        <w:rPr>
          <w:b w:val="0"/>
        </w:rPr>
        <w:t>Tôi mong muốn kết thúc công việc tại bộ phận sản xuất từ ngày ..... tháng ..... năm ..... theo quy định về thời hạn báo trước.</w:t>
      </w:r>
    </w:p>
    <w:p>
      <w:pPr>
        <w:jc w:val="left"/>
      </w:pPr>
      <w:r>
        <w:rPr>
          <w:b w:val="0"/>
        </w:rPr>
        <w:t>Lý do: ................................................................................................</w:t>
      </w:r>
    </w:p>
    <w:p>
      <w:pPr>
        <w:jc w:val="left"/>
      </w:pPr>
      <w:r>
        <w:rPr>
          <w:b w:val="0"/>
        </w:rPr>
        <w:t>Tôi sẽ phối hợp hoàn thành các nhiệm vụ còn lại và bàn giao công việc, hồ sơ, tài sản theo quy định trước ngày nghỉ.</w:t>
      </w:r>
    </w:p>
    <w:p>
      <w:pPr>
        <w:jc w:val="left"/>
      </w:pPr>
      <w:r>
        <w:rPr>
          <w:b w:val="0"/>
        </w:rPr>
        <w:t>Tôi trân trọng cảm ơn sự hỗ trợ của lãnh đạo và đồng nghiệp trong thời gian công tác.</w:t>
      </w:r>
    </w:p>
    <w:p>
      <w:pPr>
        <w:jc w:val="left"/>
      </w:pPr>
      <w:r>
        <w:rPr>
          <w:b w:val="0"/>
        </w:rPr>
        <w:t>.........., ngày ..... tháng ..... năm 2026</w:t>
      </w:r>
    </w:p>
    <w:p>
      <w:pPr>
        <w:jc w:val="left"/>
      </w:pPr>
      <w:r>
        <w:rPr>
          <w:b/>
        </w:rPr>
        <w:t>NGƯỜI LÀM ĐƠN</w:t>
      </w:r>
    </w:p>
    <w:p>
      <w:pPr>
        <w:jc w:val="left"/>
      </w:pPr>
      <w:r>
        <w:rPr>
          <w:b w:val="0"/>
        </w:rPr>
        <w:t>(Ký và ghi rõ họ tên)</w:t>
      </w:r>
    </w:p>
    <w:sectPr w:rsidR="00FC693F" w:rsidRPr="0006063C" w:rsidSect="00034616">
      <w:pgSz w:w="12240" w:h="15840"/>
      <w:pgMar w:top="1134" w:right="1304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