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283" w:lineRule="auto"/>
        <w:jc w:val="center"/>
      </w:pPr>
      <w:r>
        <w:rPr>
          <w:b/>
        </w:rPr>
        <w:t>CỘNG HÒA XÃ HỘI CHỦ NGHĨA VIỆT NAM</w:t>
      </w:r>
    </w:p>
    <w:p>
      <w:pPr>
        <w:spacing w:after="320" w:line="283" w:lineRule="auto"/>
        <w:jc w:val="center"/>
      </w:pPr>
      <w:r>
        <w:rPr>
          <w:b/>
        </w:rPr>
        <w:t>Độc lập - Tự do - Hạnh phúc</w:t>
      </w:r>
    </w:p>
    <w:p>
      <w:pPr>
        <w:spacing w:after="320" w:line="283" w:lineRule="auto"/>
        <w:jc w:val="center"/>
      </w:pPr>
      <w:r>
        <w:rPr>
          <w:b/>
          <w:sz w:val="34"/>
        </w:rPr>
        <w:t>ĐƠN XIN VIỆC</w:t>
      </w:r>
    </w:p>
    <w:p>
      <w:pPr>
        <w:spacing w:after="260" w:line="283" w:lineRule="auto"/>
      </w:pPr>
      <w:r>
        <w:rPr>
          <w:b/>
        </w:rPr>
        <w:t>Kính gửi: Bộ phận Tuyển dụng [Tên công ty]</w:t>
      </w:r>
    </w:p>
    <w:p>
      <w:pPr>
        <w:spacing w:after="100" w:line="283" w:lineRule="auto"/>
      </w:pPr>
      <w:r>
        <w:rPr>
          <w:b w:val="0"/>
        </w:rPr>
        <w:t>Họ và tên: [Họ và tên đầy đủ]</w:t>
      </w:r>
    </w:p>
    <w:p>
      <w:pPr>
        <w:spacing w:after="100" w:line="283" w:lineRule="auto"/>
      </w:pPr>
      <w:r>
        <w:rPr>
          <w:b w:val="0"/>
        </w:rPr>
        <w:t>Ngày sinh: [Ngày/tháng/năm]</w:t>
      </w:r>
    </w:p>
    <w:p>
      <w:pPr>
        <w:spacing w:after="100" w:line="283" w:lineRule="auto"/>
      </w:pPr>
      <w:r>
        <w:rPr>
          <w:b w:val="0"/>
        </w:rPr>
        <w:t>Địa chỉ liên hệ: [Địa chỉ]</w:t>
      </w:r>
    </w:p>
    <w:p>
      <w:pPr>
        <w:spacing w:after="100" w:line="283" w:lineRule="auto"/>
      </w:pPr>
      <w:r>
        <w:rPr>
          <w:b w:val="0"/>
        </w:rPr>
        <w:t>Số điện thoại: [Số điện thoại]       Email: [Địa chỉ email]</w:t>
      </w:r>
    </w:p>
    <w:p>
      <w:pPr>
        <w:spacing w:after="100" w:line="283" w:lineRule="auto"/>
      </w:pPr>
      <w:r>
        <w:rPr>
          <w:b w:val="0"/>
        </w:rPr>
        <w:t>Vị trí ứng tuyển: [Tên vị trí]</w:t>
      </w:r>
    </w:p>
    <w:p>
      <w:pPr>
        <w:spacing w:after="140" w:line="283" w:lineRule="auto"/>
      </w:pPr>
      <w:r>
        <w:rPr>
          <w:b/>
        </w:rPr>
        <w:t>Nội dung đơn:</w:t>
      </w:r>
    </w:p>
    <w:p>
      <w:pPr>
        <w:spacing w:after="180" w:line="283" w:lineRule="auto"/>
      </w:pPr>
      <w:r>
        <w:rPr>
          <w:b w:val="0"/>
        </w:rPr>
        <w:t>Qua thông tin tuyển dụng tại [Nguồn tuyển dụng], tôi được biết Quý công ty đang tuyển vị trí [Vị trí ứng tuyển]. Tôi mong muốn được ứng tuyển để vận dụng kiến thức đã học và phát triển chuyên môn.</w:t>
      </w:r>
    </w:p>
    <w:p>
      <w:pPr>
        <w:spacing w:after="180" w:line="283" w:lineRule="auto"/>
      </w:pPr>
      <w:r>
        <w:rPr>
          <w:b w:val="0"/>
        </w:rPr>
        <w:t>Tôi vừa tốt nghiệp [Tên trường], chuyên ngành [Chuyên ngành]. Trong thời gian học tập, tôi đã tham gia [dự án, thực tập, hoạt động liên quan] và rèn luyện kỹ năng [kỹ năng phù hợp với vị trí]. Đặc biệt, [nêu một kết quả hoặc ví dụ cụ thể].</w:t>
      </w:r>
    </w:p>
    <w:p>
      <w:pPr>
        <w:spacing w:after="180" w:line="283" w:lineRule="auto"/>
      </w:pPr>
      <w:r>
        <w:rPr>
          <w:b w:val="0"/>
        </w:rPr>
        <w:t>Dù chưa có nhiều kinh nghiệm làm việc chính thức, tôi sẵn sàng học hỏi và nghiêm túc thực hiện nhiệm vụ. Tôi mong có cơ hội trao đổi trực tiếp trong buổi phỏng vấn. Xin cảm ơn Quý công ty đã xem xét hồ sơ.</w:t>
      </w:r>
    </w:p>
    <w:p>
      <w:pPr>
        <w:spacing w:after="160" w:line="283" w:lineRule="auto"/>
        <w:jc w:val="right"/>
      </w:pPr>
      <w:r>
        <w:rPr>
          <w:b w:val="0"/>
        </w:rPr>
        <w:t>[Địa điểm], ngày [..] tháng [..] năm [....]</w:t>
      </w:r>
    </w:p>
    <w:p>
      <w:pPr>
        <w:spacing w:after="80" w:line="283" w:lineRule="auto"/>
        <w:jc w:val="right"/>
      </w:pPr>
      <w:r>
        <w:rPr>
          <w:b/>
        </w:rPr>
        <w:t>Người làm đơn</w:t>
      </w:r>
    </w:p>
    <w:p>
      <w:pPr>
        <w:spacing w:after="80" w:line="283" w:lineRule="auto"/>
        <w:jc w:val="right"/>
      </w:pPr>
      <w:r>
        <w:rPr>
          <w:b w:val="0"/>
        </w:rPr>
        <w:t>(Ký và ghi rõ họ tên)</w:t>
      </w:r>
    </w:p>
    <w:sectPr w:rsidR="00FC693F" w:rsidRPr="0006063C" w:rsidSect="00034616">
      <w:pgSz w:w="12240" w:h="15840"/>
      <w:pgMar w:top="1191" w:right="1247" w:bottom="102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19233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