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100"/>
        <w:jc w:val="center"/>
      </w:pPr>
      <w:r>
        <w:rPr>
          <w:b/>
        </w:rPr>
        <w:t>CỘNG HÒA XÃ HỘI CHỦ NGHĨA VIỆT NAM</w:t>
      </w:r>
    </w:p>
    <w:p>
      <w:pPr>
        <w:spacing w:after="320"/>
        <w:jc w:val="center"/>
      </w:pPr>
      <w:r>
        <w:rPr>
          <w:b/>
        </w:rPr>
        <w:t>Độc lập – Tự do – Hạnh phúc</w:t>
      </w:r>
    </w:p>
    <w:p>
      <w:pPr>
        <w:spacing w:after="360"/>
        <w:jc w:val="center"/>
      </w:pPr>
      <w:r>
        <w:rPr>
          <w:b w:val="0"/>
        </w:rPr>
        <w:t>____________________</w:t>
      </w:r>
    </w:p>
    <w:p>
      <w:pPr>
        <w:spacing w:after="400"/>
        <w:jc w:val="center"/>
      </w:pPr>
      <w:r>
        <w:rPr>
          <w:b/>
        </w:rPr>
        <w:t>ĐƠN XIN NGHỈ PHÉP</w:t>
      </w:r>
    </w:p>
    <w:p>
      <w:pPr>
        <w:spacing w:after="60"/>
        <w:jc w:val="left"/>
      </w:pPr>
      <w:r>
        <w:rPr>
          <w:b/>
        </w:rPr>
        <w:t>Kính gửi:</w:t>
      </w:r>
    </w:p>
    <w:p>
      <w:pPr>
        <w:spacing w:after="100"/>
        <w:jc w:val="left"/>
      </w:pPr>
      <w:r>
        <w:rPr>
          <w:b w:val="0"/>
        </w:rPr>
        <w:t xml:space="preserve">     – Ban Giám hiệu Trường: ................................................</w:t>
      </w:r>
    </w:p>
    <w:p>
      <w:pPr>
        <w:spacing w:after="100"/>
        <w:jc w:val="left"/>
      </w:pPr>
      <w:r>
        <w:rPr>
          <w:b w:val="0"/>
        </w:rPr>
        <w:t xml:space="preserve">     – Tổ trưởng chuyên môn: ................................................</w:t>
      </w:r>
    </w:p>
    <w:p>
      <w:pPr>
        <w:spacing w:after="200"/>
        <w:jc w:val="left"/>
      </w:pPr>
      <w:r>
        <w:rPr>
          <w:b w:val="0"/>
        </w:rPr>
        <w:t>Họ và tên giáo viên: ..........................................................</w:t>
      </w:r>
    </w:p>
    <w:p>
      <w:pPr>
        <w:spacing w:after="200"/>
        <w:jc w:val="left"/>
      </w:pPr>
      <w:r>
        <w:rPr>
          <w:b w:val="0"/>
        </w:rPr>
        <w:t>Môn giảng dạy: ..........................................................</w:t>
      </w:r>
    </w:p>
    <w:p>
      <w:pPr>
        <w:spacing w:after="200"/>
        <w:jc w:val="left"/>
      </w:pPr>
      <w:r>
        <w:rPr>
          <w:b w:val="0"/>
        </w:rPr>
        <w:t>Tổ chuyên môn: ..........................................................</w:t>
      </w:r>
    </w:p>
    <w:p/>
    <w:p>
      <w:pPr>
        <w:spacing w:after="260"/>
        <w:jc w:val="left"/>
      </w:pPr>
      <w:r>
        <w:rPr>
          <w:b w:val="0"/>
        </w:rPr>
        <w:t>Tôi đề nghị được nghỉ giảng dạy từ ngày .... / .... / ........ đến ngày .... / .... / ........</w:t>
      </w:r>
    </w:p>
    <w:p>
      <w:pPr>
        <w:spacing w:after="260"/>
        <w:jc w:val="left"/>
      </w:pPr>
      <w:r>
        <w:rPr>
          <w:b w:val="0"/>
        </w:rPr>
        <w:t>Lý do: ....................................................................................</w:t>
      </w:r>
    </w:p>
    <w:p>
      <w:pPr>
        <w:spacing w:after="260"/>
        <w:jc w:val="left"/>
      </w:pPr>
      <w:r>
        <w:rPr>
          <w:b w:val="0"/>
        </w:rPr>
        <w:t>Kế hoạch bố trí tiết dạy trong thời gian nghỉ:</w:t>
      </w:r>
    </w:p>
    <w:p>
      <w:pPr>
        <w:spacing w:after="260"/>
        <w:jc w:val="left"/>
      </w:pPr>
      <w:r>
        <w:rPr>
          <w:b w:val="0"/>
        </w:rPr>
        <w:t>Ngày/tiết/lớp: ..................................................................................</w:t>
      </w:r>
    </w:p>
    <w:p>
      <w:pPr>
        <w:spacing w:after="260"/>
        <w:jc w:val="left"/>
      </w:pPr>
      <w:r>
        <w:rPr>
          <w:b w:val="0"/>
        </w:rPr>
        <w:t>Giáo viên dự kiến dạy thay: ..................................................................</w:t>
      </w:r>
    </w:p>
    <w:p>
      <w:pPr>
        <w:spacing w:after="260"/>
        <w:jc w:val="left"/>
      </w:pPr>
      <w:r>
        <w:rPr>
          <w:b w:val="0"/>
        </w:rPr>
        <w:t>Tôi sẽ phối hợp với tổ chuyên môn để hoàn thiện việc bàn giao kế hoạch giảng dạy.</w:t>
      </w:r>
    </w:p>
    <w:p>
      <w:pPr>
        <w:spacing w:after="260"/>
        <w:jc w:val="left"/>
      </w:pPr>
      <w:r>
        <w:rPr>
          <w:b w:val="0"/>
        </w:rPr>
        <w:t>Kính mong Ban Giám hiệu xem xét và đồng ý.</w:t>
      </w:r>
    </w:p>
    <w:p>
      <w:pPr>
        <w:spacing w:after="300"/>
        <w:jc w:val="center"/>
      </w:pPr>
      <w:r>
        <w:rPr>
          <w:b w:val="0"/>
        </w:rPr>
        <w:t>................, ngày ...... tháng ...... năm ........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4816"/>
        <w:gridCol w:w="4816"/>
      </w:tblGrid>
      <w:tr>
        <w:tc>
          <w:tcPr>
            <w:tcW w:type="dxa" w:w="4816"/>
          </w:tcPr>
          <w:p>
            <w:pPr>
              <w:jc w:val="center"/>
            </w:pPr>
            <w:r>
              <w:rPr>
                <w:b w:val="0"/>
              </w:rPr>
              <w:t>TỔ TRƯỞNG CHUYÊN MÔN</w:t>
            </w:r>
          </w:p>
        </w:tc>
        <w:tc>
          <w:tcPr>
            <w:tcW w:type="dxa" w:w="4816"/>
          </w:tcPr>
          <w:p>
            <w:pPr>
              <w:jc w:val="center"/>
            </w:pPr>
            <w:r>
              <w:rPr>
                <w:b w:val="0"/>
              </w:rPr>
              <w:t>NGƯỜI LÀM ĐƠN</w:t>
            </w:r>
          </w:p>
        </w:tc>
      </w:tr>
      <w:tr>
        <w:tc>
          <w:tcPr>
            <w:tcW w:type="dxa" w:w="4816"/>
          </w:tcPr>
          <w:p>
            <w:pPr>
              <w:jc w:val="center"/>
            </w:pPr>
            <w:r>
              <w:rPr>
                <w:b w:val="0"/>
              </w:rPr>
              <w:t>(Ký, ghi rõ họ tên)</w:t>
            </w:r>
          </w:p>
        </w:tc>
        <w:tc>
          <w:tcPr>
            <w:tcW w:type="dxa" w:w="4816"/>
          </w:tcPr>
          <w:p>
            <w:pPr>
              <w:jc w:val="center"/>
            </w:pPr>
            <w:r>
              <w:rPr>
                <w:b w:val="0"/>
              </w:rPr>
              <w:t>(Ký, ghi rõ họ tên)</w:t>
            </w:r>
          </w:p>
        </w:tc>
      </w:tr>
    </w:tbl>
    <w:sectPr w:rsidR="00FC693F" w:rsidRPr="0006063C" w:rsidSect="00034616">
      <w:pgSz w:w="12240" w:h="15840"/>
      <w:pgMar w:top="1077" w:right="1247" w:bottom="964" w:left="136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269" w:lineRule="auto"/>
    </w:pPr>
    <w:rPr>
      <w:rFonts w:ascii="Times New Roman" w:hAnsi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