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line="283" w:lineRule="auto"/>
        <w:jc w:val="center"/>
      </w:pPr>
      <w:r>
        <w:rPr>
          <w:b/>
        </w:rPr>
        <w:t>CỘNG HÒA XÃ HỘI CHỦ NGHĨA VIỆT NAM</w:t>
      </w:r>
    </w:p>
    <w:p>
      <w:pPr>
        <w:spacing w:after="320" w:line="283" w:lineRule="auto"/>
        <w:jc w:val="center"/>
      </w:pPr>
      <w:r>
        <w:rPr>
          <w:b/>
        </w:rPr>
        <w:t>Độc lập - Tự do - Hạnh phúc</w:t>
      </w:r>
    </w:p>
    <w:p>
      <w:pPr>
        <w:spacing w:after="320" w:line="283" w:lineRule="auto"/>
        <w:jc w:val="center"/>
      </w:pPr>
      <w:r>
        <w:rPr>
          <w:b/>
          <w:sz w:val="34"/>
        </w:rPr>
        <w:t>ĐƠN XIN VIỆC</w:t>
      </w:r>
    </w:p>
    <w:p>
      <w:pPr>
        <w:spacing w:after="260" w:line="283" w:lineRule="auto"/>
      </w:pPr>
      <w:r>
        <w:rPr>
          <w:b/>
        </w:rPr>
        <w:t>Kính gửi: Bộ phận Tuyển dụng [Tên công ty/nhà máy]</w:t>
      </w:r>
    </w:p>
    <w:p>
      <w:pPr>
        <w:spacing w:after="100" w:line="283" w:lineRule="auto"/>
      </w:pPr>
      <w:r>
        <w:rPr>
          <w:b w:val="0"/>
        </w:rPr>
        <w:t>Họ và tên: [Họ và tên đầy đủ]</w:t>
      </w:r>
    </w:p>
    <w:p>
      <w:pPr>
        <w:spacing w:after="100" w:line="283" w:lineRule="auto"/>
      </w:pPr>
      <w:r>
        <w:rPr>
          <w:b w:val="0"/>
        </w:rPr>
        <w:t>Ngày sinh: [Ngày/tháng/năm]</w:t>
      </w:r>
    </w:p>
    <w:p>
      <w:pPr>
        <w:spacing w:after="100" w:line="283" w:lineRule="auto"/>
      </w:pPr>
      <w:r>
        <w:rPr>
          <w:b w:val="0"/>
        </w:rPr>
        <w:t>Địa chỉ liên hệ: [Địa chỉ]</w:t>
      </w:r>
    </w:p>
    <w:p>
      <w:pPr>
        <w:spacing w:after="100" w:line="283" w:lineRule="auto"/>
      </w:pPr>
      <w:r>
        <w:rPr>
          <w:b w:val="0"/>
        </w:rPr>
        <w:t>Số điện thoại: [Số điện thoại]       Email: [Địa chỉ email]</w:t>
      </w:r>
    </w:p>
    <w:p>
      <w:pPr>
        <w:spacing w:after="100" w:line="283" w:lineRule="auto"/>
      </w:pPr>
      <w:r>
        <w:rPr>
          <w:b w:val="0"/>
        </w:rPr>
        <w:t>Vị trí ứng tuyển: [Tên công việc]</w:t>
      </w:r>
    </w:p>
    <w:p>
      <w:pPr>
        <w:spacing w:after="140" w:line="283" w:lineRule="auto"/>
      </w:pPr>
      <w:r>
        <w:rPr>
          <w:b/>
        </w:rPr>
        <w:t>Nội dung đơn:</w:t>
      </w:r>
    </w:p>
    <w:p>
      <w:pPr>
        <w:spacing w:after="180" w:line="283" w:lineRule="auto"/>
      </w:pPr>
      <w:r>
        <w:rPr>
          <w:b w:val="0"/>
        </w:rPr>
        <w:t>Tôi được biết Quý công ty đang tuyển dụng vị trí [Công nhân sản xuất/Vận hành máy/Đóng gói/...]. Tôi làm đơn này để đăng ký ứng tuyển.</w:t>
      </w:r>
    </w:p>
    <w:p>
      <w:pPr>
        <w:spacing w:after="180" w:line="283" w:lineRule="auto"/>
      </w:pPr>
      <w:r>
        <w:rPr>
          <w:b w:val="0"/>
        </w:rPr>
        <w:t>Tôi có [thời gian kinh nghiệm hoặc ghi “mong muốn được đào tạo”] trong công việc [mô tả công việc liên quan]. Tôi có khả năng làm việc theo ca [nếu phù hợp], tuân thủ quy định an toàn lao động và phối hợp với đồng nghiệp trong quá trình sản xuất.</w:t>
      </w:r>
    </w:p>
    <w:p>
      <w:pPr>
        <w:spacing w:after="180" w:line="283" w:lineRule="auto"/>
      </w:pPr>
      <w:r>
        <w:rPr>
          <w:b w:val="0"/>
        </w:rPr>
        <w:t>Tôi mong được Quý công ty xem xét hồ sơ và tạo cơ hội tham gia phỏng vấn. Nếu được tuyển dụng, tôi sẽ nghiêm túc chấp hành nội quy và thực hiện các nhiệm vụ được giao. Xin chân thành cảm ơn.</w:t>
      </w:r>
    </w:p>
    <w:p>
      <w:pPr>
        <w:spacing w:after="160" w:line="283" w:lineRule="auto"/>
        <w:jc w:val="right"/>
      </w:pPr>
      <w:r>
        <w:rPr>
          <w:b w:val="0"/>
        </w:rPr>
        <w:t>[Địa điểm], ngày [..] tháng [..] năm [....]</w:t>
      </w:r>
    </w:p>
    <w:p>
      <w:pPr>
        <w:spacing w:after="80" w:line="283" w:lineRule="auto"/>
        <w:jc w:val="right"/>
      </w:pPr>
      <w:r>
        <w:rPr>
          <w:b/>
        </w:rPr>
        <w:t>Người làm đơn</w:t>
      </w:r>
    </w:p>
    <w:p>
      <w:pPr>
        <w:spacing w:after="80" w:line="283" w:lineRule="auto"/>
        <w:jc w:val="right"/>
      </w:pPr>
      <w:r>
        <w:rPr>
          <w:b w:val="0"/>
        </w:rPr>
        <w:t>(Ký và ghi rõ họ tên)</w:t>
      </w:r>
    </w:p>
    <w:sectPr w:rsidR="00FC693F" w:rsidRPr="0006063C" w:rsidSect="00034616">
      <w:pgSz w:w="12240" w:h="15840"/>
      <w:pgMar w:top="1191" w:right="1247" w:bottom="1020"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19233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