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</w:rPr>
        <w:t>CỘNG HÒA XÃ HỘI CHỦ NGHĨA VIỆT NAM</w:t>
      </w:r>
    </w:p>
    <w:p>
      <w:pPr>
        <w:spacing w:after="320"/>
        <w:jc w:val="center"/>
      </w:pPr>
      <w:r>
        <w:rPr>
          <w:b/>
        </w:rPr>
        <w:t>Độc lập – Tự do – Hạnh phúc</w:t>
      </w:r>
    </w:p>
    <w:p>
      <w:pPr>
        <w:spacing w:after="360"/>
        <w:jc w:val="center"/>
      </w:pPr>
      <w:r>
        <w:rPr>
          <w:b w:val="0"/>
        </w:rPr>
        <w:t>____________________</w:t>
      </w:r>
    </w:p>
    <w:p>
      <w:pPr>
        <w:spacing w:after="400"/>
        <w:jc w:val="center"/>
      </w:pPr>
      <w:r>
        <w:rPr>
          <w:b/>
        </w:rPr>
        <w:t>ĐƠN XIN NGHỈ KHÔNG HƯỞNG LƯƠNG</w:t>
      </w:r>
    </w:p>
    <w:p>
      <w:pPr>
        <w:spacing w:after="60"/>
        <w:jc w:val="left"/>
      </w:pPr>
      <w:r>
        <w:rPr>
          <w:b/>
        </w:rPr>
        <w:t>Kính gửi:</w:t>
      </w:r>
    </w:p>
    <w:p>
      <w:pPr>
        <w:spacing w:after="100"/>
        <w:jc w:val="left"/>
      </w:pPr>
      <w:r>
        <w:rPr>
          <w:b w:val="0"/>
        </w:rPr>
        <w:t xml:space="preserve">     – Ban Giám đốc Công ty: ........................................</w:t>
      </w:r>
    </w:p>
    <w:p>
      <w:pPr>
        <w:spacing w:after="100"/>
        <w:jc w:val="left"/>
      </w:pPr>
      <w:r>
        <w:rPr>
          <w:b w:val="0"/>
        </w:rPr>
        <w:t xml:space="preserve">     – Phòng Hành chính – Nhân sự</w:t>
      </w:r>
    </w:p>
    <w:p>
      <w:pPr>
        <w:spacing w:after="200"/>
        <w:jc w:val="left"/>
      </w:pPr>
      <w:r>
        <w:rPr>
          <w:b w:val="0"/>
        </w:rPr>
        <w:t>Tôi tên là: ..........................................................</w:t>
      </w:r>
    </w:p>
    <w:p>
      <w:pPr>
        <w:spacing w:after="200"/>
        <w:jc w:val="left"/>
      </w:pPr>
      <w:r>
        <w:rPr>
          <w:b w:val="0"/>
        </w:rPr>
        <w:t>Chức vụ: ..........................................................</w:t>
      </w:r>
    </w:p>
    <w:p>
      <w:pPr>
        <w:spacing w:after="200"/>
        <w:jc w:val="left"/>
      </w:pPr>
      <w:r>
        <w:rPr>
          <w:b w:val="0"/>
        </w:rPr>
        <w:t>Bộ phận: ..........................................................</w:t>
      </w:r>
    </w:p>
    <w:p>
      <w:pPr>
        <w:spacing w:after="200"/>
        <w:jc w:val="left"/>
      </w:pPr>
      <w:r>
        <w:rPr>
          <w:b w:val="0"/>
        </w:rPr>
        <w:t>Số điện thoại: ..........................................................</w:t>
      </w:r>
    </w:p>
    <w:p/>
    <w:p>
      <w:pPr>
        <w:spacing w:after="260"/>
        <w:jc w:val="left"/>
      </w:pPr>
      <w:r>
        <w:rPr>
          <w:b w:val="0"/>
        </w:rPr>
        <w:t>Tôi đề nghị Công ty xem xét cho tôi nghỉ không hưởng lương từ ngày .... / .... / ........ đến ngày .... / .... / ........</w:t>
      </w:r>
    </w:p>
    <w:p>
      <w:pPr>
        <w:spacing w:after="260"/>
        <w:jc w:val="left"/>
      </w:pPr>
      <w:r>
        <w:rPr>
          <w:b w:val="0"/>
        </w:rPr>
        <w:t>Tổng số ngày xin nghỉ: ........ ngày.</w:t>
      </w:r>
    </w:p>
    <w:p>
      <w:pPr>
        <w:spacing w:after="260"/>
        <w:jc w:val="left"/>
      </w:pPr>
      <w:r>
        <w:rPr>
          <w:b w:val="0"/>
        </w:rPr>
        <w:t>Lý do đề nghị: ....................................................................................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Các công việc đã bàn giao: ....................................................................................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Người tiếp nhận: ........................................................</w:t>
      </w:r>
    </w:p>
    <w:p>
      <w:pPr>
        <w:spacing w:after="260"/>
        <w:jc w:val="left"/>
      </w:pPr>
      <w:r>
        <w:rPr>
          <w:b w:val="0"/>
        </w:rPr>
        <w:t>Tôi mong được Công ty thống nhất thời gian nghỉ và sẽ trở lại làm việc theo thỏa thuận.</w:t>
      </w:r>
    </w:p>
    <w:p>
      <w:pPr>
        <w:spacing w:after="260"/>
        <w:jc w:val="left"/>
      </w:pPr>
      <w:r>
        <w:rPr>
          <w:b w:val="0"/>
        </w:rPr>
        <w:t>Kính mong Ban Giám đốc xem xét. Xin trân trọng cảm ơn!</w:t>
      </w:r>
    </w:p>
    <w:p>
      <w:pPr>
        <w:spacing w:after="300"/>
        <w:jc w:val="center"/>
      </w:pPr>
      <w:r>
        <w:rPr>
          <w:b w:val="0"/>
        </w:rPr>
        <w:t>................, ngày ...... tháng ...... năm 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ĐẠI DIỆN CÔNG TY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NGƯỜI LÀM ĐƠN</w:t>
            </w:r>
          </w:p>
        </w:tc>
      </w:tr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</w:tr>
    </w:tbl>
    <w:sectPr w:rsidR="00FC693F" w:rsidRPr="0006063C" w:rsidSect="00034616">
      <w:pgSz w:w="12240" w:h="15840"/>
      <w:pgMar w:top="1077" w:right="1247" w:bottom="96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