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rPr>
        <w:t>CỘNG HÒA XÃ HỘI CHỦ NGHĨA VIỆT NAM</w:t>
      </w:r>
    </w:p>
    <w:p>
      <w:pPr>
        <w:jc w:val="center"/>
      </w:pPr>
      <w:r>
        <w:rPr>
          <w:b/>
        </w:rPr>
        <w:t>Độc lập - Tự do - Hạnh phúc</w:t>
      </w:r>
    </w:p>
    <w:p>
      <w:pPr>
        <w:jc w:val="center"/>
      </w:pPr>
      <w:r>
        <w:rPr>
          <w:b w:val="0"/>
        </w:rPr>
        <w:t>________________________</w:t>
      </w:r>
    </w:p>
    <w:p>
      <w:pPr>
        <w:jc w:val="center"/>
      </w:pPr>
      <w:r>
        <w:rPr>
          <w:b/>
        </w:rPr>
        <w:t>ĐƠN XIN NGHỈ VIỆC</w:t>
      </w:r>
    </w:p>
    <w:p>
      <w:pPr>
        <w:jc w:val="center"/>
      </w:pPr>
      <w:r>
        <w:rPr>
          <w:b w:val="0"/>
        </w:rPr>
        <w:t>(Đề nghị giải quyết theo Nghị định 154/2025/NĐ-CP)</w:t>
      </w:r>
    </w:p>
    <w:p>
      <w:pPr>
        <w:jc w:val="left"/>
      </w:pPr>
      <w:r>
        <w:rPr>
          <w:b w:val="0"/>
        </w:rPr>
        <w:t>Kính gửi: ................................................................................................</w:t>
      </w:r>
    </w:p>
    <w:p>
      <w:pPr>
        <w:jc w:val="left"/>
      </w:pPr>
      <w:r>
        <w:rPr>
          <w:b w:val="0"/>
        </w:rPr>
        <w:t>Họ và tên: ...............................................................................................</w:t>
      </w:r>
    </w:p>
    <w:p>
      <w:pPr>
        <w:jc w:val="left"/>
      </w:pPr>
      <w:r>
        <w:rPr>
          <w:b w:val="0"/>
        </w:rPr>
        <w:t>Chức vụ / Vị trí: ......................................................................................</w:t>
      </w:r>
    </w:p>
    <w:p>
      <w:pPr>
        <w:jc w:val="left"/>
      </w:pPr>
      <w:r>
        <w:rPr>
          <w:b w:val="0"/>
        </w:rPr>
        <w:t>Bộ phận / Đơn vị công tác: ......................................................................</w:t>
      </w:r>
    </w:p>
    <w:p>
      <w:pPr>
        <w:jc w:val="left"/>
      </w:pPr>
      <w:r>
        <w:rPr>
          <w:b w:val="0"/>
        </w:rPr>
        <w:t>Ngày sinh: ............................   Mã số BHXH: ........................................</w:t>
      </w:r>
    </w:p>
    <w:p>
      <w:pPr>
        <w:jc w:val="left"/>
      </w:pPr>
      <w:r>
        <w:rPr>
          <w:b w:val="0"/>
        </w:rPr>
        <w:t>Thời gian công tác và đóng BHXH: ........................................................</w:t>
      </w:r>
    </w:p>
    <w:p>
      <w:pPr>
        <w:jc w:val="left"/>
      </w:pPr>
      <w:r>
        <w:rPr>
          <w:b w:val="0"/>
        </w:rPr>
        <w:t>Đối tượng áp dụng, căn cứ hồ sơ: ...........................................................</w:t>
      </w:r>
    </w:p>
    <w:p>
      <w:pPr>
        <w:jc w:val="left"/>
      </w:pPr>
      <w:r>
        <w:rPr>
          <w:b w:val="0"/>
        </w:rPr>
        <w:t>Tôi làm đơn này đề nghị cơ quan có thẩm quyền xem xét giải quyết chế độ nghỉ theo Nghị định số 154/2025/NĐ-CP, nếu tôi thuộc đối tượng và đáp ứng đầy đủ điều kiện áp dụng.</w:t>
      </w:r>
    </w:p>
    <w:p>
      <w:pPr>
        <w:jc w:val="left"/>
      </w:pPr>
      <w:r>
        <w:rPr>
          <w:b w:val="0"/>
        </w:rPr>
        <w:t>Căn cứ và lý do đề nghị: ........................................................................</w:t>
      </w:r>
    </w:p>
    <w:p>
      <w:pPr>
        <w:jc w:val="left"/>
      </w:pPr>
      <w:r>
        <w:rPr>
          <w:b w:val="0"/>
        </w:rPr>
        <w:t>Tôi gửi kèm hồ sơ theo yêu cầu và cam kết thông tin kê khai là chính xác. Kính đề nghị cơ quan có thẩm quyền kiểm tra điều kiện, thời điểm và chế độ được hưởng.</w:t>
      </w:r>
    </w:p>
    <w:p>
      <w:pPr>
        <w:jc w:val="left"/>
      </w:pPr>
      <w:r>
        <w:rPr>
          <w:b w:val="0"/>
        </w:rPr>
        <w:t>Tôi trân trọng cảm ơn sự hỗ trợ của lãnh đạo và đồng nghiệp trong thời gian công tác.</w:t>
      </w:r>
    </w:p>
    <w:p>
      <w:pPr>
        <w:jc w:val="left"/>
      </w:pPr>
      <w:r>
        <w:rPr>
          <w:b w:val="0"/>
        </w:rPr>
        <w:t>.........., ngày ..... tháng ..... năm 2026</w:t>
      </w:r>
    </w:p>
    <w:p>
      <w:pPr>
        <w:jc w:val="left"/>
      </w:pPr>
      <w:r>
        <w:rPr>
          <w:b/>
        </w:rPr>
        <w:t>NGƯỜI LÀM ĐƠN</w:t>
      </w:r>
    </w:p>
    <w:p>
      <w:pPr>
        <w:jc w:val="left"/>
      </w:pPr>
      <w:r>
        <w:rPr>
          <w:b w:val="0"/>
        </w:rPr>
        <w:t>(Ký và ghi rõ họ tên)</w:t>
      </w:r>
    </w:p>
    <w:p>
      <w:pPr>
        <w:jc w:val="left"/>
      </w:pPr>
      <w:r>
        <w:rPr>
          <w:b w:val="0"/>
        </w:rPr>
        <w:t>Lưu ý: Mẫu tham khảo, cần đối chiếu đúng đối tượng và biểu mẫu chính thức của cơ quan có thẩm quyền.</w:t>
      </w:r>
    </w:p>
    <w:sectPr w:rsidR="00FC693F" w:rsidRPr="0006063C" w:rsidSect="00034616">
      <w:pgSz w:w="12240" w:h="15840"/>
      <w:pgMar w:top="1134" w:right="1304" w:bottom="96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