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" w:line="283" w:lineRule="auto"/>
      </w:pPr>
      <w:r>
        <w:rPr>
          <w:b w:val="0"/>
        </w:rPr>
        <w:t>[Your full name]</w:t>
      </w:r>
    </w:p>
    <w:p>
      <w:pPr>
        <w:spacing w:after="220" w:line="283" w:lineRule="auto"/>
      </w:pPr>
      <w:r>
        <w:rPr>
          <w:b w:val="0"/>
        </w:rPr>
        <w:t>[Phone number] | [Professional email]</w:t>
      </w:r>
    </w:p>
    <w:p>
      <w:pPr>
        <w:spacing w:after="220" w:line="283" w:lineRule="auto"/>
      </w:pPr>
      <w:r>
        <w:rPr>
          <w:b w:val="0"/>
        </w:rPr>
        <w:t>[City, Country]</w:t>
      </w:r>
    </w:p>
    <w:p>
      <w:pPr>
        <w:spacing w:after="220" w:line="283" w:lineRule="auto"/>
      </w:pPr>
      <w:r>
        <w:rPr>
          <w:b w:val="0"/>
        </w:rPr>
        <w:t>[Date]</w:t>
      </w:r>
    </w:p>
    <w:p>
      <w:pPr>
        <w:spacing w:after="220" w:line="283" w:lineRule="auto"/>
      </w:pPr>
      <w:r>
        <w:rPr>
          <w:b w:val="0"/>
        </w:rPr>
        <w:t>Hiring Manager</w:t>
      </w:r>
    </w:p>
    <w:p>
      <w:pPr>
        <w:spacing w:after="220" w:line="283" w:lineRule="auto"/>
      </w:pPr>
      <w:r>
        <w:rPr>
          <w:b w:val="0"/>
        </w:rPr>
        <w:t>[Company name]</w:t>
      </w:r>
    </w:p>
    <w:p>
      <w:pPr>
        <w:spacing w:after="220" w:line="283" w:lineRule="auto"/>
      </w:pPr>
      <w:r>
        <w:rPr>
          <w:b/>
        </w:rPr>
        <w:t>Subject: Application for [Position title]</w:t>
      </w:r>
    </w:p>
    <w:p>
      <w:pPr>
        <w:spacing w:after="220" w:line="283" w:lineRule="auto"/>
      </w:pPr>
      <w:r>
        <w:rPr>
          <w:b w:val="0"/>
        </w:rPr>
        <w:t>Dear Hiring Manager,</w:t>
      </w:r>
    </w:p>
    <w:p>
      <w:pPr>
        <w:spacing w:after="220" w:line="283" w:lineRule="auto"/>
      </w:pPr>
      <w:r>
        <w:rPr>
          <w:b w:val="0"/>
        </w:rPr>
        <w:t>I am writing to apply for the [Position title] position at [Company name], which I found through [Source]. With my background in [Field] and experience in [Relevant skill or project], I believe I can contribute effectively to your team.</w:t>
      </w:r>
    </w:p>
    <w:p>
      <w:pPr>
        <w:spacing w:after="220" w:line="283" w:lineRule="auto"/>
      </w:pPr>
      <w:r>
        <w:rPr>
          <w:b w:val="0"/>
        </w:rPr>
        <w:t>During my time at [Company/University], I [describe one relevant achievement with a concrete result]. This experience strengthened my abilities in [Key skills], which align with the requirements of the role.</w:t>
      </w:r>
    </w:p>
    <w:p>
      <w:pPr>
        <w:spacing w:after="220" w:line="283" w:lineRule="auto"/>
      </w:pPr>
      <w:r>
        <w:rPr>
          <w:b w:val="0"/>
        </w:rPr>
        <w:t>I am particularly interested in [Company name] because of [Specific, genuine reason]. I would welcome the opportunity to discuss how my experience and motivation fit your team’s needs.</w:t>
      </w:r>
    </w:p>
    <w:p>
      <w:pPr>
        <w:spacing w:after="220" w:line="283" w:lineRule="auto"/>
      </w:pPr>
      <w:r>
        <w:rPr>
          <w:b w:val="0"/>
        </w:rPr>
        <w:t>Thank you for considering my application. I look forward to hearing from you.</w:t>
      </w:r>
    </w:p>
    <w:p>
      <w:pPr>
        <w:spacing w:after="220" w:line="283" w:lineRule="auto"/>
      </w:pPr>
      <w:r>
        <w:rPr>
          <w:b w:val="0"/>
        </w:rPr>
        <w:t>Sincerely,</w:t>
      </w:r>
    </w:p>
    <w:p>
      <w:pPr>
        <w:spacing w:after="220" w:line="283" w:lineRule="auto"/>
      </w:pPr>
      <w:r>
        <w:rPr>
          <w:b w:val="0"/>
        </w:rPr>
        <w:t>[Your full name]</w:t>
      </w:r>
    </w:p>
    <w:sectPr w:rsidR="00FC693F" w:rsidRPr="0006063C" w:rsidSect="00034616">
      <w:pgSz w:w="12240" w:h="15840"/>
      <w:pgMar w:top="1247" w:right="130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