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b/>
        </w:rPr>
        <w:t>CỘNG HÒA XÃ HỘI CHỦ NGHĨA VIỆT NAM</w:t>
      </w:r>
    </w:p>
    <w:p>
      <w:pPr>
        <w:spacing w:after="320"/>
        <w:jc w:val="center"/>
      </w:pPr>
      <w:r>
        <w:rPr>
          <w:b/>
        </w:rPr>
        <w:t>Độc lập – Tự do – Hạnh phúc</w:t>
      </w:r>
    </w:p>
    <w:p>
      <w:pPr>
        <w:spacing w:after="360"/>
        <w:jc w:val="center"/>
      </w:pPr>
      <w:r>
        <w:rPr>
          <w:b w:val="0"/>
        </w:rPr>
        <w:t>____________________</w:t>
      </w:r>
    </w:p>
    <w:p>
      <w:pPr>
        <w:spacing w:after="400"/>
        <w:jc w:val="center"/>
      </w:pPr>
      <w:r>
        <w:rPr>
          <w:b/>
        </w:rPr>
        <w:t>ĐƠN XIN NGHỈ PHÉP</w:t>
      </w:r>
    </w:p>
    <w:p>
      <w:pPr>
        <w:spacing w:after="60"/>
        <w:jc w:val="left"/>
      </w:pPr>
      <w:r>
        <w:rPr>
          <w:b/>
        </w:rPr>
        <w:t>Kính gửi:</w:t>
      </w:r>
    </w:p>
    <w:p>
      <w:pPr>
        <w:spacing w:after="100"/>
        <w:jc w:val="left"/>
      </w:pPr>
      <w:r>
        <w:rPr>
          <w:b w:val="0"/>
        </w:rPr>
        <w:t xml:space="preserve">     – Thủ trưởng cơ quan/đơn vị: ................................................</w:t>
      </w:r>
    </w:p>
    <w:p>
      <w:pPr>
        <w:spacing w:after="200"/>
        <w:jc w:val="left"/>
      </w:pPr>
      <w:r>
        <w:rPr>
          <w:b w:val="0"/>
        </w:rPr>
        <w:t>Họ và tên: ..........................................................</w:t>
      </w:r>
    </w:p>
    <w:p>
      <w:pPr>
        <w:spacing w:after="200"/>
        <w:jc w:val="left"/>
      </w:pPr>
      <w:r>
        <w:rPr>
          <w:b w:val="0"/>
        </w:rPr>
        <w:t>Chức vụ/Chức danh: ..........................................................</w:t>
      </w:r>
    </w:p>
    <w:p>
      <w:pPr>
        <w:spacing w:after="200"/>
        <w:jc w:val="left"/>
      </w:pPr>
      <w:r>
        <w:rPr>
          <w:b w:val="0"/>
        </w:rPr>
        <w:t>Đơn vị công tác: ..........................................................</w:t>
      </w:r>
    </w:p>
    <w:p>
      <w:pPr>
        <w:spacing w:after="200"/>
        <w:jc w:val="left"/>
      </w:pPr>
      <w:r>
        <w:rPr>
          <w:b w:val="0"/>
        </w:rPr>
        <w:t>Điện thoại liên hệ: ..........................................................</w:t>
      </w:r>
    </w:p>
    <w:p/>
    <w:p>
      <w:pPr>
        <w:spacing w:after="260"/>
        <w:jc w:val="left"/>
      </w:pPr>
      <w:r>
        <w:rPr>
          <w:b w:val="0"/>
        </w:rPr>
        <w:t>Tôi kính đề nghị lãnh đạo cơ quan xem xét cho nghỉ từ ngày .... / .... / ........ đến ngày .... / .... / ........</w:t>
      </w:r>
    </w:p>
    <w:p>
      <w:pPr>
        <w:spacing w:after="260"/>
        <w:jc w:val="left"/>
      </w:pPr>
      <w:r>
        <w:rPr>
          <w:b w:val="0"/>
        </w:rPr>
        <w:t>Tổng thời gian đề nghị: ........ ngày.</w:t>
      </w:r>
    </w:p>
    <w:p>
      <w:pPr>
        <w:spacing w:after="260"/>
        <w:jc w:val="left"/>
      </w:pPr>
      <w:r>
        <w:rPr>
          <w:b w:val="0"/>
        </w:rPr>
        <w:t>Lý do: ....................................................................................</w:t>
      </w:r>
    </w:p>
    <w:p>
      <w:pPr>
        <w:spacing w:after="260"/>
        <w:jc w:val="left"/>
      </w:pPr>
      <w:r>
        <w:rPr>
          <w:b w:val="0"/>
        </w:rPr>
        <w:t>Địa chỉ liên hệ trong thời gian nghỉ: ........................................................</w:t>
      </w:r>
    </w:p>
    <w:p>
      <w:pPr>
        <w:spacing w:after="260"/>
        <w:jc w:val="left"/>
      </w:pPr>
      <w:r>
        <w:rPr>
          <w:b w:val="0"/>
        </w:rPr>
        <w:t>Tôi sẽ hoàn thành việc bàn giao nhiệm vụ theo phân công trước khi nghỉ.</w:t>
      </w:r>
    </w:p>
    <w:p>
      <w:pPr>
        <w:spacing w:after="260"/>
        <w:jc w:val="left"/>
      </w:pPr>
      <w:r>
        <w:rPr>
          <w:b w:val="0"/>
        </w:rPr>
        <w:t>Kính đề nghị lãnh đạo xem xét, giải quyết theo quy định.</w:t>
      </w:r>
    </w:p>
    <w:p>
      <w:pPr>
        <w:spacing w:after="300"/>
        <w:jc w:val="center"/>
      </w:pPr>
      <w:r>
        <w:rPr>
          <w:b w:val="0"/>
        </w:rPr>
        <w:t>................, ngày ...... tháng ...... năm 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XÁC NHẬN CỦA ĐƠN VỊ</w:t>
            </w:r>
          </w:p>
        </w:tc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NGƯỜI LÀM ĐƠN</w:t>
            </w:r>
          </w:p>
        </w:tc>
      </w:tr>
      <w:tr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(Ký, ghi rõ họ tên)</w:t>
            </w:r>
          </w:p>
        </w:tc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(Ký, ghi rõ họ tên)</w:t>
            </w:r>
          </w:p>
        </w:tc>
      </w:tr>
    </w:tbl>
    <w:sectPr w:rsidR="00FC693F" w:rsidRPr="0006063C" w:rsidSect="00034616">
      <w:pgSz w:w="12240" w:h="15840"/>
      <w:pgMar w:top="1077" w:right="1247" w:bottom="96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