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83" w:lineRule="auto"/>
        <w:jc w:val="center"/>
      </w:pPr>
      <w:r>
        <w:rPr>
          <w:b/>
        </w:rPr>
        <w:t>CỘNG HÒA XÃ HỘI CHỦ NGHĨA VIỆT NAM</w:t>
      </w:r>
    </w:p>
    <w:p>
      <w:pPr>
        <w:spacing w:after="320" w:line="283" w:lineRule="auto"/>
        <w:jc w:val="center"/>
      </w:pPr>
      <w:r>
        <w:rPr>
          <w:b/>
        </w:rPr>
        <w:t>Độc lập - Tự do - Hạnh phúc</w:t>
      </w:r>
    </w:p>
    <w:p>
      <w:pPr>
        <w:spacing w:after="320" w:line="283" w:lineRule="auto"/>
        <w:jc w:val="center"/>
      </w:pPr>
      <w:r>
        <w:rPr>
          <w:b/>
          <w:sz w:val="34"/>
        </w:rPr>
        <w:t>ĐƠN XIN VIỆC</w:t>
      </w:r>
    </w:p>
    <w:p>
      <w:pPr>
        <w:spacing w:after="260" w:line="283" w:lineRule="auto"/>
      </w:pPr>
      <w:r>
        <w:rPr>
          <w:b/>
        </w:rPr>
        <w:t>Kính gửi: Ban Giám hiệu/Hội đồng Tuyển dụng [Tên trường hoặc đơn vị]</w:t>
      </w:r>
    </w:p>
    <w:p>
      <w:pPr>
        <w:spacing w:after="100" w:line="283" w:lineRule="auto"/>
      </w:pPr>
      <w:r>
        <w:rPr>
          <w:b w:val="0"/>
        </w:rPr>
        <w:t>Họ và tên: [Họ và tên đầy đủ]</w:t>
      </w:r>
    </w:p>
    <w:p>
      <w:pPr>
        <w:spacing w:after="100" w:line="283" w:lineRule="auto"/>
      </w:pPr>
      <w:r>
        <w:rPr>
          <w:b w:val="0"/>
        </w:rPr>
        <w:t>Ngày sinh: [Ngày/tháng/năm]</w:t>
      </w:r>
    </w:p>
    <w:p>
      <w:pPr>
        <w:spacing w:after="100" w:line="283" w:lineRule="auto"/>
      </w:pPr>
      <w:r>
        <w:rPr>
          <w:b w:val="0"/>
        </w:rPr>
        <w:t>Địa chỉ liên hệ: [Địa chỉ]</w:t>
      </w:r>
    </w:p>
    <w:p>
      <w:pPr>
        <w:spacing w:after="100" w:line="283" w:lineRule="auto"/>
      </w:pPr>
      <w:r>
        <w:rPr>
          <w:b w:val="0"/>
        </w:rPr>
        <w:t>Số điện thoại: [Số điện thoại]       Email: [Địa chỉ email]</w:t>
      </w:r>
    </w:p>
    <w:p>
      <w:pPr>
        <w:spacing w:after="100" w:line="283" w:lineRule="auto"/>
      </w:pPr>
      <w:r>
        <w:rPr>
          <w:b w:val="0"/>
        </w:rPr>
        <w:t>Vị trí ứng tuyển: [Môn học/Cấp học/Vị trí]</w:t>
      </w:r>
    </w:p>
    <w:p>
      <w:pPr>
        <w:spacing w:after="100" w:line="283" w:lineRule="auto"/>
      </w:pPr>
      <w:r>
        <w:rPr>
          <w:b w:val="0"/>
        </w:rPr>
        <w:t>Trình độ chuyên môn: [Bằng cấp, chuyên ngành]</w:t>
      </w:r>
    </w:p>
    <w:p>
      <w:pPr>
        <w:spacing w:after="140" w:line="283" w:lineRule="auto"/>
      </w:pPr>
      <w:r>
        <w:rPr>
          <w:b/>
        </w:rPr>
        <w:t>Nội dung đơn:</w:t>
      </w:r>
    </w:p>
    <w:p>
      <w:pPr>
        <w:spacing w:after="180" w:line="283" w:lineRule="auto"/>
      </w:pPr>
      <w:r>
        <w:rPr>
          <w:b w:val="0"/>
        </w:rPr>
        <w:t>Tôi tốt nghiệp [Trường đào tạo], chuyên ngành [Chuyên ngành], trình độ [Trình độ], năm [Năm tốt nghiệp]. Tôi đã hoàn thành [chương trình đào tạo/nghiệp vụ sư phạm theo yêu cầu] và có kinh nghiệm [thực tập giảng dạy, soạn giáo án, tổ chức hoạt động học tập].</w:t>
      </w:r>
    </w:p>
    <w:p>
      <w:pPr>
        <w:spacing w:after="180" w:line="283" w:lineRule="auto"/>
      </w:pPr>
      <w:r>
        <w:rPr>
          <w:b w:val="0"/>
        </w:rPr>
        <w:t>Được biết [Tên trường/đơn vị] đang tuyển dụng vị trí [Vị trí giảng dạy], tôi làm đơn này với nguyện vọng được tham gia tuyển dụng. Tôi mong muốn vận dụng kiến thức chuyên môn, kỹ năng sư phạm và tinh thần trách nhiệm trong công tác giảng dạy.</w:t>
      </w:r>
    </w:p>
    <w:p>
      <w:pPr>
        <w:spacing w:after="180" w:line="283" w:lineRule="auto"/>
      </w:pPr>
      <w:r>
        <w:rPr>
          <w:b w:val="0"/>
        </w:rPr>
        <w:t>Nếu được tiếp nhận, tôi sẽ nghiêm túc thực hiện nhiệm vụ và chấp hành nội quy của đơn vị. Kính mong Quý đơn vị xem xét hồ sơ và tạo điều kiện để tôi tham gia các bước tuyển dụng theo quy định. Xin chân thành cảm ơn.</w:t>
      </w:r>
    </w:p>
    <w:p>
      <w:pPr>
        <w:spacing w:after="160" w:line="283" w:lineRule="auto"/>
        <w:jc w:val="right"/>
      </w:pPr>
      <w:r>
        <w:rPr>
          <w:b w:val="0"/>
        </w:rPr>
        <w:t>[Địa điểm], ngày [..] tháng [..] năm [....]</w:t>
      </w:r>
    </w:p>
    <w:p>
      <w:pPr>
        <w:spacing w:after="80" w:line="283" w:lineRule="auto"/>
        <w:jc w:val="right"/>
      </w:pPr>
      <w:r>
        <w:rPr>
          <w:b/>
        </w:rPr>
        <w:t>Người làm đơn</w:t>
      </w:r>
    </w:p>
    <w:p>
      <w:pPr>
        <w:spacing w:after="80" w:line="283" w:lineRule="auto"/>
        <w:jc w:val="right"/>
      </w:pPr>
      <w:r>
        <w:rPr>
          <w:b w:val="0"/>
        </w:rPr>
        <w:t>(Ký và ghi rõ họ tên)</w:t>
      </w:r>
    </w:p>
    <w:sectPr w:rsidR="00FC693F" w:rsidRPr="0006063C" w:rsidSect="00034616">
      <w:pgSz w:w="12240" w:h="15840"/>
      <w:pgMar w:top="1191" w:right="1247" w:bottom="102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19233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