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</w:rPr>
        <w:t>CỘNG HÒA XÃ HỘI CHỦ NGHĨA VIỆT NAM</w:t>
      </w:r>
    </w:p>
    <w:p>
      <w:pPr>
        <w:spacing w:after="320"/>
        <w:jc w:val="center"/>
      </w:pPr>
      <w:r>
        <w:rPr>
          <w:b/>
        </w:rPr>
        <w:t>Độc lập – Tự do – Hạnh phúc</w:t>
      </w:r>
    </w:p>
    <w:p>
      <w:pPr>
        <w:spacing w:after="360"/>
        <w:jc w:val="center"/>
      </w:pPr>
      <w:r>
        <w:rPr>
          <w:b w:val="0"/>
        </w:rPr>
        <w:t>____________________</w:t>
      </w:r>
    </w:p>
    <w:p>
      <w:pPr>
        <w:spacing w:after="400"/>
        <w:jc w:val="center"/>
      </w:pPr>
      <w:r>
        <w:rPr>
          <w:b/>
        </w:rPr>
        <w:t>ĐƠN XIN NGHỈ PHÉP</w:t>
      </w:r>
    </w:p>
    <w:p>
      <w:pPr>
        <w:spacing w:after="60"/>
        <w:jc w:val="left"/>
      </w:pPr>
      <w:r>
        <w:rPr>
          <w:b/>
        </w:rPr>
        <w:t>Kính gửi:</w:t>
      </w:r>
    </w:p>
    <w:p>
      <w:pPr>
        <w:spacing w:after="100"/>
        <w:jc w:val="left"/>
      </w:pPr>
      <w:r>
        <w:rPr>
          <w:b w:val="0"/>
        </w:rPr>
        <w:t xml:space="preserve">     – Ban Giám đốc Công ty: ........................................</w:t>
      </w:r>
    </w:p>
    <w:p>
      <w:pPr>
        <w:spacing w:after="100"/>
        <w:jc w:val="left"/>
      </w:pPr>
      <w:r>
        <w:rPr>
          <w:b w:val="0"/>
        </w:rPr>
        <w:t xml:space="preserve">     – Phòng Hành chính – Nhân sự</w:t>
      </w:r>
    </w:p>
    <w:p>
      <w:pPr>
        <w:spacing w:after="200"/>
        <w:jc w:val="left"/>
      </w:pPr>
      <w:r>
        <w:rPr>
          <w:b w:val="0"/>
        </w:rPr>
        <w:t>Tôi tên là: ..........................................................</w:t>
      </w:r>
    </w:p>
    <w:p>
      <w:pPr>
        <w:spacing w:after="200"/>
        <w:jc w:val="left"/>
      </w:pPr>
      <w:r>
        <w:rPr>
          <w:b w:val="0"/>
        </w:rPr>
        <w:t>Chức vụ: ..........................................................</w:t>
      </w:r>
    </w:p>
    <w:p>
      <w:pPr>
        <w:spacing w:after="200"/>
        <w:jc w:val="left"/>
      </w:pPr>
      <w:r>
        <w:rPr>
          <w:b w:val="0"/>
        </w:rPr>
        <w:t>Bộ phận: ..........................................................</w:t>
      </w:r>
    </w:p>
    <w:p>
      <w:pPr>
        <w:spacing w:after="200"/>
        <w:jc w:val="left"/>
      </w:pPr>
      <w:r>
        <w:rPr>
          <w:b w:val="0"/>
        </w:rPr>
        <w:t>Số điện thoại: ..........................................................</w:t>
      </w:r>
    </w:p>
    <w:p/>
    <w:p>
      <w:pPr>
        <w:spacing w:after="260"/>
        <w:jc w:val="left"/>
      </w:pPr>
      <w:r>
        <w:rPr>
          <w:b w:val="0"/>
        </w:rPr>
        <w:t>Tôi làm đơn này đề nghị được nghỉ làm từ ngày .... / .... / ........ đến ngày .... / .... / ........</w:t>
      </w:r>
    </w:p>
    <w:p>
      <w:pPr>
        <w:spacing w:after="260"/>
        <w:jc w:val="left"/>
      </w:pPr>
      <w:r>
        <w:rPr>
          <w:b w:val="0"/>
        </w:rPr>
        <w:t>Số ngày xin nghỉ: ........ ngày.</w:t>
      </w:r>
    </w:p>
    <w:p>
      <w:pPr>
        <w:spacing w:after="260"/>
        <w:jc w:val="left"/>
      </w:pPr>
      <w:r>
        <w:rPr>
          <w:b w:val="0"/>
        </w:rPr>
        <w:t>Lý do: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Trong thời gian vắng mặt, người tiếp nhận công việc là: ........................................................</w:t>
      </w:r>
    </w:p>
    <w:p>
      <w:pPr>
        <w:spacing w:after="260"/>
        <w:jc w:val="left"/>
      </w:pPr>
      <w:r>
        <w:rPr>
          <w:b w:val="0"/>
        </w:rPr>
        <w:t>Tôi sẽ trở lại làm việc đúng thời gian đăng ký. Kính mong cấp quản lý chấp thuận.</w:t>
      </w:r>
    </w:p>
    <w:p>
      <w:pPr>
        <w:spacing w:after="300"/>
        <w:jc w:val="center"/>
      </w:pPr>
      <w:r>
        <w:rPr>
          <w:b w:val="0"/>
        </w:rPr>
        <w:t>................, ngày ...... tháng ...... năm 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QUẢN LÝ TRỰC TIẾP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NGƯỜI LÀM ĐƠN</w:t>
            </w:r>
          </w:p>
        </w:tc>
      </w:tr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</w:tr>
    </w:tbl>
    <w:sectPr w:rsidR="00FC693F" w:rsidRPr="0006063C" w:rsidSect="00034616">
      <w:pgSz w:w="12240" w:h="15840"/>
      <w:pgMar w:top="1077" w:right="124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