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NGHỈ VIỆC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Tôi làm đơn này để thông báo nguyện vọng chấm dứt hợp đồng lao động kể từ ngày ..... tháng ..... năm ..... theo thời hạn báo trước áp dụng.</w:t>
      </w:r>
    </w:p>
    <w:p>
      <w:pPr>
        <w:jc w:val="left"/>
      </w:pPr>
      <w:r>
        <w:rPr>
          <w:b w:val="0"/>
        </w:rPr>
        <w:t>Lý do: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Tôi sẽ phối hợp hoàn thành các nhiệm vụ còn lại và bàn giao công việc, hồ sơ, tài sản theo quy định trước ngày nghỉ.</w:t>
      </w:r>
    </w:p>
    <w:p>
      <w:pPr>
        <w:jc w:val="left"/>
      </w:pPr>
      <w:r>
        <w:rPr>
          <w:b w:val="0"/>
        </w:rPr>
        <w:t>Tôi trân trọng cảm ơn sự hỗ trợ của lãnh đạo và đồng nghiệp trong thời gian công tác.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