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83" w:lineRule="auto"/>
        <w:jc w:val="center"/>
      </w:pPr>
      <w:r>
        <w:rPr>
          <w:b/>
        </w:rPr>
        <w:t>CỘNG HÒA XÃ HỘI CHỦ NGHĨA VIỆT NAM</w:t>
      </w:r>
    </w:p>
    <w:p>
      <w:pPr>
        <w:spacing w:after="320" w:line="283" w:lineRule="auto"/>
        <w:jc w:val="center"/>
      </w:pPr>
      <w:r>
        <w:rPr>
          <w:b/>
        </w:rPr>
        <w:t>Độc lập - Tự do - Hạnh phúc</w:t>
      </w:r>
    </w:p>
    <w:p>
      <w:pPr>
        <w:spacing w:after="320" w:line="283" w:lineRule="auto"/>
        <w:jc w:val="center"/>
      </w:pPr>
      <w:r>
        <w:rPr>
          <w:b/>
          <w:sz w:val="34"/>
        </w:rPr>
        <w:t>ĐƠN XIN VIỆC</w:t>
      </w:r>
    </w:p>
    <w:p>
      <w:pPr>
        <w:spacing w:after="260" w:line="283" w:lineRule="auto"/>
      </w:pPr>
      <w:r>
        <w:rPr>
          <w:b/>
        </w:rPr>
        <w:t>Kính gửi: Bộ phận Tuyển dụng [Tên công ty]</w:t>
      </w:r>
    </w:p>
    <w:p>
      <w:pPr>
        <w:spacing w:after="100" w:line="283" w:lineRule="auto"/>
      </w:pPr>
      <w:r>
        <w:rPr>
          <w:b w:val="0"/>
        </w:rPr>
        <w:t>Họ và tên: [Họ và tên đầy đủ]</w:t>
      </w:r>
    </w:p>
    <w:p>
      <w:pPr>
        <w:spacing w:after="100" w:line="283" w:lineRule="auto"/>
      </w:pPr>
      <w:r>
        <w:rPr>
          <w:b w:val="0"/>
        </w:rPr>
        <w:t>Ngày sinh: [Ngày/tháng/năm]</w:t>
      </w:r>
    </w:p>
    <w:p>
      <w:pPr>
        <w:spacing w:after="100" w:line="283" w:lineRule="auto"/>
      </w:pPr>
      <w:r>
        <w:rPr>
          <w:b w:val="0"/>
        </w:rPr>
        <w:t>Địa chỉ liên hệ: [Địa chỉ]</w:t>
      </w:r>
    </w:p>
    <w:p>
      <w:pPr>
        <w:spacing w:after="100" w:line="283" w:lineRule="auto"/>
      </w:pPr>
      <w:r>
        <w:rPr>
          <w:b w:val="0"/>
        </w:rPr>
        <w:t>Số điện thoại: [Số điện thoại]       Email: [Địa chỉ email]</w:t>
      </w:r>
    </w:p>
    <w:p>
      <w:pPr>
        <w:spacing w:after="100" w:line="283" w:lineRule="auto"/>
      </w:pPr>
      <w:r>
        <w:rPr>
          <w:b w:val="0"/>
        </w:rPr>
        <w:t>Vị trí ứng tuyển: [Tên vị trí]</w:t>
      </w:r>
    </w:p>
    <w:p>
      <w:pPr>
        <w:spacing w:after="140" w:line="283" w:lineRule="auto"/>
      </w:pPr>
      <w:r>
        <w:rPr>
          <w:b/>
        </w:rPr>
        <w:t>Nội dung đơn:</w:t>
      </w:r>
    </w:p>
    <w:p>
      <w:pPr>
        <w:spacing w:after="180" w:line="283" w:lineRule="auto"/>
      </w:pPr>
      <w:r>
        <w:rPr>
          <w:b w:val="0"/>
        </w:rPr>
        <w:t>Qua thông tin tuyển dụng, tôi được biết Quý công ty đang tuyển dụng vị trí [Vị trí ứng tuyển]. Nhận thấy yêu cầu công việc phù hợp với năng lực và định hướng nghề nghiệp, tôi viết đơn này để đăng ký ứng tuyển.</w:t>
      </w:r>
    </w:p>
    <w:p>
      <w:pPr>
        <w:spacing w:after="180" w:line="283" w:lineRule="auto"/>
      </w:pPr>
      <w:r>
        <w:rPr>
          <w:b w:val="0"/>
        </w:rPr>
        <w:t>Tôi đã [tốt nghiệp/chuyên ngành hoặc kinh nghiệm liên quan]. Trong quá trình học tập và làm việc, tôi đã tích lũy được [kỹ năng, kinh nghiệm hoặc thành tích cụ thể]. Tôi tin rằng những kiến thức và kinh nghiệm này phù hợp với nhiệm vụ của vị trí ứng tuyển.</w:t>
      </w:r>
    </w:p>
    <w:p>
      <w:pPr>
        <w:spacing w:after="180" w:line="283" w:lineRule="auto"/>
      </w:pPr>
      <w:r>
        <w:rPr>
          <w:b w:val="0"/>
        </w:rPr>
        <w:t>Tôi mong có cơ hội tham gia phỏng vấn để trao đổi cụ thể hơn về năng lực và nguyện vọng làm việc. Xin cảm ơn Quý công ty đã dành thời gian xem xét hồ sơ của tôi.</w:t>
      </w:r>
    </w:p>
    <w:p>
      <w:pPr>
        <w:spacing w:after="160" w:line="283" w:lineRule="auto"/>
        <w:jc w:val="right"/>
      </w:pPr>
      <w:r>
        <w:rPr>
          <w:b w:val="0"/>
        </w:rPr>
        <w:t>[Địa điểm], ngày [..] tháng [..] năm [....]</w:t>
      </w:r>
    </w:p>
    <w:p>
      <w:pPr>
        <w:spacing w:after="80" w:line="283" w:lineRule="auto"/>
        <w:jc w:val="right"/>
      </w:pPr>
      <w:r>
        <w:rPr>
          <w:b/>
        </w:rPr>
        <w:t>Người làm đơn</w:t>
      </w:r>
    </w:p>
    <w:p>
      <w:pPr>
        <w:spacing w:after="80" w:line="283" w:lineRule="auto"/>
        <w:jc w:val="right"/>
      </w:pPr>
      <w:r>
        <w:rPr>
          <w:b w:val="0"/>
        </w:rPr>
        <w:t>(Ký và ghi rõ họ tên)</w:t>
      </w:r>
    </w:p>
    <w:sectPr w:rsidR="00FC693F" w:rsidRPr="0006063C" w:rsidSect="00034616">
      <w:pgSz w:w="12240" w:h="15840"/>
      <w:pgMar w:top="1191" w:right="1247" w:bottom="10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9233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