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</w:rPr>
        <w:t>CỘNG HÒA XÃ HỘI CHỦ NGHĨA VIỆT NAM</w:t>
      </w:r>
    </w:p>
    <w:p>
      <w:pPr>
        <w:spacing w:after="320"/>
        <w:jc w:val="center"/>
      </w:pPr>
      <w:r>
        <w:rPr>
          <w:b/>
        </w:rPr>
        <w:t>Độc lập – Tự do – Hạnh phúc</w:t>
      </w:r>
    </w:p>
    <w:p>
      <w:pPr>
        <w:spacing w:after="360"/>
        <w:jc w:val="center"/>
      </w:pPr>
      <w:r>
        <w:rPr>
          <w:b w:val="0"/>
        </w:rPr>
        <w:t>____________________</w:t>
      </w:r>
    </w:p>
    <w:p>
      <w:pPr>
        <w:spacing w:after="400"/>
        <w:jc w:val="center"/>
      </w:pPr>
      <w:r>
        <w:rPr>
          <w:b/>
        </w:rPr>
        <w:t>ĐƠN XIN NGHỈ PHÉP NĂM</w:t>
      </w:r>
    </w:p>
    <w:p>
      <w:pPr>
        <w:spacing w:after="60"/>
        <w:jc w:val="left"/>
      </w:pPr>
      <w:r>
        <w:rPr>
          <w:b/>
        </w:rPr>
        <w:t>Kính gửi:</w:t>
      </w:r>
    </w:p>
    <w:p>
      <w:pPr>
        <w:spacing w:after="100"/>
        <w:jc w:val="left"/>
      </w:pPr>
      <w:r>
        <w:rPr>
          <w:b w:val="0"/>
        </w:rPr>
        <w:t xml:space="preserve">     – Ban Giám đốc Công ty: ........................................</w:t>
      </w:r>
    </w:p>
    <w:p>
      <w:pPr>
        <w:spacing w:after="100"/>
        <w:jc w:val="left"/>
      </w:pPr>
      <w:r>
        <w:rPr>
          <w:b w:val="0"/>
        </w:rPr>
        <w:t xml:space="preserve">     – Phòng Hành chính – Nhân sự</w:t>
      </w:r>
    </w:p>
    <w:p>
      <w:pPr>
        <w:spacing w:after="200"/>
        <w:jc w:val="left"/>
      </w:pPr>
      <w:r>
        <w:rPr>
          <w:b w:val="0"/>
        </w:rPr>
        <w:t>Tôi tên là: ..........................................................</w:t>
      </w:r>
    </w:p>
    <w:p>
      <w:pPr>
        <w:spacing w:after="200"/>
        <w:jc w:val="left"/>
      </w:pPr>
      <w:r>
        <w:rPr>
          <w:b w:val="0"/>
        </w:rPr>
        <w:t>Chức vụ: ..........................................................</w:t>
      </w:r>
    </w:p>
    <w:p>
      <w:pPr>
        <w:spacing w:after="200"/>
        <w:jc w:val="left"/>
      </w:pPr>
      <w:r>
        <w:rPr>
          <w:b w:val="0"/>
        </w:rPr>
        <w:t>Bộ phận: ..........................................................</w:t>
      </w:r>
    </w:p>
    <w:p>
      <w:pPr>
        <w:spacing w:after="200"/>
        <w:jc w:val="left"/>
      </w:pPr>
      <w:r>
        <w:rPr>
          <w:b w:val="0"/>
        </w:rPr>
        <w:t>Số điện thoại: ..........................................................</w:t>
      </w:r>
    </w:p>
    <w:p/>
    <w:p>
      <w:pPr>
        <w:spacing w:after="260"/>
        <w:jc w:val="left"/>
      </w:pPr>
      <w:r>
        <w:rPr>
          <w:b w:val="0"/>
        </w:rPr>
        <w:t>Tôi kính đề nghị được sử dụng ngày nghỉ hằng năm từ ngày .... / .... / ........ đến hết ngày .... / .... / ........</w:t>
      </w:r>
    </w:p>
    <w:p>
      <w:pPr>
        <w:spacing w:after="260"/>
        <w:jc w:val="left"/>
      </w:pPr>
      <w:r>
        <w:rPr>
          <w:b w:val="0"/>
        </w:rPr>
        <w:t>Tổng số ngày nghỉ đề nghị: ........ ngày làm việc.</w:t>
      </w:r>
    </w:p>
    <w:p>
      <w:pPr>
        <w:spacing w:after="260"/>
        <w:jc w:val="left"/>
      </w:pPr>
      <w:r>
        <w:rPr>
          <w:b w:val="0"/>
        </w:rPr>
        <w:t>Lý do nghỉ: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Tôi đã sắp xếp và bàn giao các nhiệm vụ cần thiết cho: ........................................................</w:t>
      </w:r>
    </w:p>
    <w:p>
      <w:pPr>
        <w:spacing w:after="260"/>
        <w:jc w:val="left"/>
      </w:pPr>
      <w:r>
        <w:rPr>
          <w:b w:val="0"/>
        </w:rPr>
        <w:t>Kính mong Ban Giám đốc xem xét và phê duyệt. Tôi xin chân thành cảm ơn!</w:t>
      </w:r>
    </w:p>
    <w:p>
      <w:pPr>
        <w:spacing w:after="300"/>
        <w:jc w:val="center"/>
      </w:pPr>
      <w:r>
        <w:rPr>
          <w:b w:val="0"/>
        </w:rPr>
        <w:t>................, ngày ...... tháng ...... năm 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TRƯỞNG BỘ PHẬN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NGƯỜI LÀM ĐƠN</w:t>
            </w:r>
          </w:p>
        </w:tc>
      </w:tr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</w:tr>
    </w:tbl>
    <w:sectPr w:rsidR="00FC693F" w:rsidRPr="0006063C" w:rsidSect="00034616">
      <w:pgSz w:w="12240" w:h="15840"/>
      <w:pgMar w:top="1077" w:right="124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